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6AB7" w14:textId="77777777" w:rsidR="000E07E5" w:rsidRDefault="00000000">
      <w:pPr>
        <w:jc w:val="center"/>
      </w:pPr>
      <w:r>
        <w:rPr>
          <w:b/>
          <w:sz w:val="32"/>
        </w:rPr>
        <w:t>INDELING JEUGD SEIZOEN 2026-2027</w:t>
      </w:r>
    </w:p>
    <w:p w14:paraId="4BDD466F" w14:textId="77777777" w:rsidR="000E07E5" w:rsidRDefault="00000000">
      <w:r>
        <w:t>Beste spelers en ouders,</w:t>
      </w:r>
    </w:p>
    <w:p w14:paraId="51FCDE2E" w14:textId="77777777" w:rsidR="000E07E5" w:rsidRDefault="00000000">
      <w:r>
        <w:t>Hierbij presenteren wij de voorlopige teamindeling voor het seizoen 2026-2027. Voor veel spelers en ouders is dit altijd een spannend moment. Daarom willen wij graag toelichten hoe deze indeling tot stand is gekomen.</w:t>
      </w:r>
    </w:p>
    <w:p w14:paraId="10432FB1" w14:textId="77777777" w:rsidR="000E07E5" w:rsidRDefault="00000000">
      <w:r>
        <w:t>De jeugdcoördinatoren bekijken het aantal beschikbare spelers per leeftijdscategorie. Op basis daarvan wordt bepaald hoeveel teams er per categorie kunnen worden gevormd. Vervolgens verzamelen zij informatie bij trainers en leiders over de ontwikkeling van de spelers binnen hun teams. Met deze informatie wordt de teamindeling samengesteld.</w:t>
      </w:r>
    </w:p>
    <w:p w14:paraId="4FA218E6" w14:textId="77777777" w:rsidR="000E07E5" w:rsidRDefault="00000000">
      <w:r>
        <w:t>Leeftijd alleen is daarbij niet bepalend. We streven naar een evenwichtige verdeling van spelers over de teams, waarbij we rekening houden met aantallen, ontwikkeling, niveau en teamdynamiek. Daardoor kan het voorkomen dat een speler niet wordt ingedeeld in het team dat op basis van leeftijd misschien voor de hand lijkt te liggen.</w:t>
      </w:r>
    </w:p>
    <w:p w14:paraId="77A02275" w14:textId="77777777" w:rsidR="000E07E5" w:rsidRDefault="00000000">
      <w:r>
        <w:t>Ten opzichte van vorig seizoen is er een belangrijke wijziging. We hebben voor het seizoen 2026-2027 geen spelers meer vanuit De Weebosch binnen onze jeugdafdeling. In het afgelopen seizoen maakten nog zeven spelers uit De Weebosch deel uit van onze JO17- en JO19-teams. De meeste van deze spelers zijn teruggekeerd naar De Weebosch om daar in de selectie actief te zijn, terwijl enkele spelers zijn gestopt met voetballen. Wij vinden het jammer dat de samenwerking voortijdig is beëindigd. Bij de start van deze samenwerking was de verwachting en hoop dat deze voor een langere periode zou worden voortgezet.</w:t>
      </w:r>
    </w:p>
    <w:p w14:paraId="507AB8CB" w14:textId="77777777" w:rsidR="000E07E5" w:rsidRDefault="00000000">
      <w:r>
        <w:t>Daarnaast werken we vanaf dit seizoen niet meer met aparte coördinatoren voor de onderbouw en bovenbouw. De jeugdcoördinatoren werken vanaf dit seizoen gezamenlijk voor alle jeugdteams.</w:t>
      </w:r>
    </w:p>
    <w:p w14:paraId="0D485A21" w14:textId="77777777" w:rsidR="000E07E5" w:rsidRDefault="12A5913A">
      <w:r>
        <w:t>Voor meerdere teams zijn wij nog op zoek naar enthousiaste trainers, leiders en grensrechters. Heb je interesse om een team te begeleiden of training te geven, neem dan contact op met Frenk Stoeldraaijers.</w:t>
      </w:r>
    </w:p>
    <w:p w14:paraId="446150AE" w14:textId="14FD49FC" w:rsidR="44750CD8" w:rsidRDefault="44750CD8" w:rsidP="12A5913A">
      <w:r w:rsidRPr="12A5913A">
        <w:t>Heb je vragen over de teamindeling? Dan ben je van harte welkom op de inloopavond op dinsdag 8 juli vanaf 19.30 uur. We verzoeken je vriendelijk om vooraf een afspraak te maken met Frenk Stoeldraaijers, zodat we voldoende tijd kunnen reserveren voor jouw vragen.</w:t>
      </w:r>
    </w:p>
    <w:p w14:paraId="59BE0F56" w14:textId="4EE8D9DD" w:rsidR="12A5913A" w:rsidRDefault="12A5913A"/>
    <w:p w14:paraId="417F58C9" w14:textId="32D03218" w:rsidR="000E07E5" w:rsidRDefault="12A5913A" w:rsidP="12A5913A">
      <w:pPr>
        <w:rPr>
          <w:b/>
          <w:bCs/>
          <w:sz w:val="22"/>
        </w:rPr>
      </w:pPr>
      <w:r w:rsidRPr="12A5913A">
        <w:rPr>
          <w:b/>
          <w:bCs/>
          <w:sz w:val="22"/>
        </w:rPr>
        <w:t>Aanspreekpunt Jeugd</w:t>
      </w:r>
      <w:r w:rsidR="00000000">
        <w:br/>
      </w:r>
      <w:r w:rsidRPr="12A5913A">
        <w:rPr>
          <w:b/>
          <w:bCs/>
          <w:sz w:val="22"/>
        </w:rPr>
        <w:t>Frenk Stoeldraaijers</w:t>
      </w:r>
      <w:r w:rsidR="00000000">
        <w:br/>
      </w:r>
      <w:r w:rsidRPr="12A5913A">
        <w:rPr>
          <w:b/>
          <w:bCs/>
          <w:sz w:val="22"/>
        </w:rPr>
        <w:t>E-mail: frenkstoeldraaijers@gmail.com</w:t>
      </w:r>
      <w:r w:rsidR="00000000">
        <w:br/>
      </w:r>
      <w:r w:rsidRPr="12A5913A">
        <w:rPr>
          <w:b/>
          <w:bCs/>
          <w:sz w:val="22"/>
        </w:rPr>
        <w:t>Telefoon: 06-22959225</w:t>
      </w:r>
    </w:p>
    <w:p w14:paraId="7F6513EC" w14:textId="7478656A" w:rsidR="12A5913A" w:rsidRDefault="12A5913A"/>
    <w:p w14:paraId="495DCFAA" w14:textId="77777777" w:rsidR="000E07E5" w:rsidRDefault="00000000">
      <w:r>
        <w:t>Met vriendelijke sportgroet,</w:t>
      </w:r>
    </w:p>
    <w:p w14:paraId="390AA426" w14:textId="27E0559B" w:rsidR="000E07E5" w:rsidRDefault="12A5913A" w:rsidP="12A5913A">
      <w:r>
        <w:t>Jeugdcommissie (jeugdcoördinatoren) &amp; Commissie Voetbal</w:t>
      </w:r>
    </w:p>
    <w:p w14:paraId="672A6659" w14:textId="77777777" w:rsidR="000E07E5" w:rsidRDefault="00000000">
      <w:r>
        <w:br w:type="page"/>
      </w:r>
    </w:p>
    <w:p w14:paraId="047E5064" w14:textId="77777777" w:rsidR="000E07E5" w:rsidRDefault="00000000">
      <w:pPr>
        <w:jc w:val="center"/>
      </w:pPr>
      <w:r>
        <w:rPr>
          <w:b/>
          <w:sz w:val="32"/>
        </w:rPr>
        <w:lastRenderedPageBreak/>
        <w:t>TEAMINDELING 2026-2027</w:t>
      </w:r>
    </w:p>
    <w:p w14:paraId="5B45B826" w14:textId="77777777" w:rsidR="000E07E5" w:rsidRDefault="00000000">
      <w:r>
        <w:rPr>
          <w:b/>
          <w:sz w:val="26"/>
        </w:rPr>
        <w:t>JO17 (14)</w:t>
      </w:r>
    </w:p>
    <w:p w14:paraId="608C2003" w14:textId="553A5097" w:rsidR="000E07E5" w:rsidRDefault="12A5913A">
      <w:r w:rsidRPr="12A5913A">
        <w:rPr>
          <w:b/>
          <w:bCs/>
        </w:rPr>
        <w:t>Begeleiding:</w:t>
      </w:r>
      <w:r>
        <w:t xml:space="preserve"> Frenk Stoeldraaijers</w:t>
      </w:r>
    </w:p>
    <w:tbl>
      <w:tblPr>
        <w:tblStyle w:val="Tabelraster"/>
        <w:tblW w:w="4320" w:type="dxa"/>
        <w:tblLook w:val="04A0" w:firstRow="1" w:lastRow="0" w:firstColumn="1" w:lastColumn="0" w:noHBand="0" w:noVBand="1"/>
      </w:tblPr>
      <w:tblGrid>
        <w:gridCol w:w="4320"/>
      </w:tblGrid>
      <w:tr w:rsidR="000E07E5" w14:paraId="48FA3B16" w14:textId="77777777" w:rsidTr="12A5913A">
        <w:trPr>
          <w:trHeight w:val="300"/>
        </w:trPr>
        <w:tc>
          <w:tcPr>
            <w:tcW w:w="4320" w:type="dxa"/>
          </w:tcPr>
          <w:p w14:paraId="468E9CB3" w14:textId="77777777" w:rsidR="000E07E5" w:rsidRDefault="00000000">
            <w:r>
              <w:t>Naam</w:t>
            </w:r>
          </w:p>
        </w:tc>
      </w:tr>
      <w:tr w:rsidR="000E07E5" w14:paraId="3FFE9E99" w14:textId="77777777" w:rsidTr="12A5913A">
        <w:trPr>
          <w:trHeight w:val="300"/>
        </w:trPr>
        <w:tc>
          <w:tcPr>
            <w:tcW w:w="4320" w:type="dxa"/>
          </w:tcPr>
          <w:p w14:paraId="64D2B3B4" w14:textId="77777777" w:rsidR="000E07E5" w:rsidRDefault="00000000">
            <w:r>
              <w:t>Caeyers, R. (Raf)</w:t>
            </w:r>
          </w:p>
        </w:tc>
      </w:tr>
      <w:tr w:rsidR="000E07E5" w14:paraId="7E2C3ABA" w14:textId="77777777" w:rsidTr="12A5913A">
        <w:trPr>
          <w:trHeight w:val="300"/>
        </w:trPr>
        <w:tc>
          <w:tcPr>
            <w:tcW w:w="4320" w:type="dxa"/>
          </w:tcPr>
          <w:p w14:paraId="23889C58" w14:textId="77777777" w:rsidR="000E07E5" w:rsidRDefault="00000000">
            <w:r>
              <w:t>Bandyk, O. (Oli)</w:t>
            </w:r>
          </w:p>
        </w:tc>
      </w:tr>
      <w:tr w:rsidR="000E07E5" w14:paraId="2A9F1048" w14:textId="77777777" w:rsidTr="12A5913A">
        <w:trPr>
          <w:trHeight w:val="300"/>
        </w:trPr>
        <w:tc>
          <w:tcPr>
            <w:tcW w:w="4320" w:type="dxa"/>
          </w:tcPr>
          <w:p w14:paraId="006926B5" w14:textId="77777777" w:rsidR="000E07E5" w:rsidRDefault="00000000">
            <w:r>
              <w:t>Sanden, T. (Tijs) van der</w:t>
            </w:r>
          </w:p>
        </w:tc>
      </w:tr>
      <w:tr w:rsidR="000E07E5" w14:paraId="6BEE0AE7" w14:textId="77777777" w:rsidTr="12A5913A">
        <w:trPr>
          <w:trHeight w:val="300"/>
        </w:trPr>
        <w:tc>
          <w:tcPr>
            <w:tcW w:w="4320" w:type="dxa"/>
          </w:tcPr>
          <w:p w14:paraId="38522A52" w14:textId="77777777" w:rsidR="000E07E5" w:rsidRDefault="00000000">
            <w:r>
              <w:t>Montfort, T.A.A. (Thijn) Van</w:t>
            </w:r>
          </w:p>
        </w:tc>
      </w:tr>
      <w:tr w:rsidR="000E07E5" w14:paraId="01ED3047" w14:textId="77777777" w:rsidTr="12A5913A">
        <w:trPr>
          <w:trHeight w:val="300"/>
        </w:trPr>
        <w:tc>
          <w:tcPr>
            <w:tcW w:w="4320" w:type="dxa"/>
          </w:tcPr>
          <w:p w14:paraId="5BFDE65E" w14:textId="77777777" w:rsidR="000E07E5" w:rsidRDefault="00000000">
            <w:r>
              <w:t>Verhagen, B.P. (Billy)</w:t>
            </w:r>
          </w:p>
        </w:tc>
      </w:tr>
      <w:tr w:rsidR="000E07E5" w14:paraId="64FD2BF6" w14:textId="77777777" w:rsidTr="12A5913A">
        <w:trPr>
          <w:trHeight w:val="300"/>
        </w:trPr>
        <w:tc>
          <w:tcPr>
            <w:tcW w:w="4320" w:type="dxa"/>
          </w:tcPr>
          <w:p w14:paraId="28EC3C75" w14:textId="77777777" w:rsidR="000E07E5" w:rsidRDefault="00000000">
            <w:r>
              <w:t>Larmit, T.W.A. (Ties)</w:t>
            </w:r>
          </w:p>
        </w:tc>
      </w:tr>
      <w:tr w:rsidR="000E07E5" w14:paraId="7B2C7E64" w14:textId="77777777" w:rsidTr="12A5913A">
        <w:trPr>
          <w:trHeight w:val="300"/>
        </w:trPr>
        <w:tc>
          <w:tcPr>
            <w:tcW w:w="4320" w:type="dxa"/>
          </w:tcPr>
          <w:p w14:paraId="206A1F05" w14:textId="77777777" w:rsidR="000E07E5" w:rsidRDefault="00000000">
            <w:r>
              <w:t>Corstjens, N. (Noah)</w:t>
            </w:r>
          </w:p>
        </w:tc>
      </w:tr>
      <w:tr w:rsidR="000E07E5" w14:paraId="146637C2" w14:textId="77777777" w:rsidTr="12A5913A">
        <w:trPr>
          <w:trHeight w:val="300"/>
        </w:trPr>
        <w:tc>
          <w:tcPr>
            <w:tcW w:w="4320" w:type="dxa"/>
          </w:tcPr>
          <w:p w14:paraId="35320433" w14:textId="77777777" w:rsidR="000E07E5" w:rsidRDefault="00000000">
            <w:r>
              <w:t>Kwinten, D.N.W.J (Daan)</w:t>
            </w:r>
          </w:p>
        </w:tc>
      </w:tr>
      <w:tr w:rsidR="000E07E5" w14:paraId="61E9BFF2" w14:textId="77777777" w:rsidTr="12A5913A">
        <w:trPr>
          <w:trHeight w:val="300"/>
        </w:trPr>
        <w:tc>
          <w:tcPr>
            <w:tcW w:w="4320" w:type="dxa"/>
          </w:tcPr>
          <w:p w14:paraId="0BBBE3ED" w14:textId="77777777" w:rsidR="000E07E5" w:rsidRDefault="00000000">
            <w:r>
              <w:t>Wouters, D. (Daan)</w:t>
            </w:r>
          </w:p>
        </w:tc>
      </w:tr>
      <w:tr w:rsidR="000E07E5" w14:paraId="3E08CA3E" w14:textId="77777777" w:rsidTr="12A5913A">
        <w:trPr>
          <w:trHeight w:val="300"/>
        </w:trPr>
        <w:tc>
          <w:tcPr>
            <w:tcW w:w="4320" w:type="dxa"/>
          </w:tcPr>
          <w:p w14:paraId="17A7A0EB" w14:textId="77777777" w:rsidR="000E07E5" w:rsidRDefault="00000000">
            <w:r>
              <w:t>Boudewijns, L.J.P.M. (Lukas)</w:t>
            </w:r>
          </w:p>
        </w:tc>
      </w:tr>
      <w:tr w:rsidR="000E07E5" w14:paraId="5D3CD3BB" w14:textId="77777777" w:rsidTr="12A5913A">
        <w:trPr>
          <w:trHeight w:val="300"/>
        </w:trPr>
        <w:tc>
          <w:tcPr>
            <w:tcW w:w="4320" w:type="dxa"/>
          </w:tcPr>
          <w:p w14:paraId="652C1C45" w14:textId="77777777" w:rsidR="000E07E5" w:rsidRDefault="00000000">
            <w:r>
              <w:t>Larmit, L.H.M. (Luuk)</w:t>
            </w:r>
          </w:p>
        </w:tc>
      </w:tr>
      <w:tr w:rsidR="000E07E5" w14:paraId="7AB2A9C6" w14:textId="77777777" w:rsidTr="12A5913A">
        <w:trPr>
          <w:trHeight w:val="300"/>
        </w:trPr>
        <w:tc>
          <w:tcPr>
            <w:tcW w:w="4320" w:type="dxa"/>
          </w:tcPr>
          <w:p w14:paraId="5B1A57BE" w14:textId="77777777" w:rsidR="000E07E5" w:rsidRDefault="00000000">
            <w:r>
              <w:t>Gestel, R.J.Q. (Rick) Van</w:t>
            </w:r>
          </w:p>
        </w:tc>
      </w:tr>
      <w:tr w:rsidR="000E07E5" w14:paraId="47F3CF5B" w14:textId="77777777" w:rsidTr="12A5913A">
        <w:trPr>
          <w:trHeight w:val="300"/>
        </w:trPr>
        <w:tc>
          <w:tcPr>
            <w:tcW w:w="4320" w:type="dxa"/>
          </w:tcPr>
          <w:p w14:paraId="3B926E75" w14:textId="77777777" w:rsidR="000E07E5" w:rsidRDefault="00000000">
            <w:r>
              <w:t>Kouwenhoven, S. (Sepp)</w:t>
            </w:r>
          </w:p>
        </w:tc>
      </w:tr>
      <w:tr w:rsidR="000E07E5" w14:paraId="1D55C59A" w14:textId="77777777" w:rsidTr="12A5913A">
        <w:trPr>
          <w:trHeight w:val="300"/>
        </w:trPr>
        <w:tc>
          <w:tcPr>
            <w:tcW w:w="4320" w:type="dxa"/>
          </w:tcPr>
          <w:p w14:paraId="18577967" w14:textId="77777777" w:rsidR="000E07E5" w:rsidRDefault="00000000">
            <w:r>
              <w:t>Maanen, T.J.A. (Thijs) van</w:t>
            </w:r>
          </w:p>
        </w:tc>
      </w:tr>
    </w:tbl>
    <w:p w14:paraId="0A37501D" w14:textId="77777777" w:rsidR="000E07E5" w:rsidRDefault="000E07E5"/>
    <w:p w14:paraId="0F17C562" w14:textId="77777777" w:rsidR="000E07E5" w:rsidRDefault="00000000">
      <w:r>
        <w:rPr>
          <w:b/>
          <w:sz w:val="26"/>
        </w:rPr>
        <w:t>JO15 (15)</w:t>
      </w:r>
    </w:p>
    <w:p w14:paraId="1ADC65EB" w14:textId="6E6518BF" w:rsidR="000E07E5" w:rsidRDefault="12A5913A">
      <w:r w:rsidRPr="12A5913A">
        <w:rPr>
          <w:b/>
          <w:bCs/>
        </w:rPr>
        <w:t xml:space="preserve">Begeleiding: </w:t>
      </w:r>
      <w:r>
        <w:t>Rob Loomans, Joost Borrenbergs, Rob vd Aalst.</w:t>
      </w:r>
    </w:p>
    <w:tbl>
      <w:tblPr>
        <w:tblStyle w:val="Tabelraster"/>
        <w:tblW w:w="4320" w:type="dxa"/>
        <w:tblLook w:val="04A0" w:firstRow="1" w:lastRow="0" w:firstColumn="1" w:lastColumn="0" w:noHBand="0" w:noVBand="1"/>
      </w:tblPr>
      <w:tblGrid>
        <w:gridCol w:w="4320"/>
      </w:tblGrid>
      <w:tr w:rsidR="000E07E5" w14:paraId="36668AF5" w14:textId="77777777" w:rsidTr="12A5913A">
        <w:trPr>
          <w:trHeight w:val="300"/>
        </w:trPr>
        <w:tc>
          <w:tcPr>
            <w:tcW w:w="4320" w:type="dxa"/>
          </w:tcPr>
          <w:p w14:paraId="33FB088A" w14:textId="77777777" w:rsidR="000E07E5" w:rsidRDefault="00000000">
            <w:r>
              <w:t>Naam</w:t>
            </w:r>
          </w:p>
        </w:tc>
      </w:tr>
      <w:tr w:rsidR="000E07E5" w14:paraId="14069930" w14:textId="77777777" w:rsidTr="12A5913A">
        <w:trPr>
          <w:trHeight w:val="300"/>
        </w:trPr>
        <w:tc>
          <w:tcPr>
            <w:tcW w:w="4320" w:type="dxa"/>
          </w:tcPr>
          <w:p w14:paraId="6D2C9337" w14:textId="77777777" w:rsidR="000E07E5" w:rsidRDefault="00000000">
            <w:r>
              <w:t>Weert, G. (Gijs) van</w:t>
            </w:r>
          </w:p>
        </w:tc>
      </w:tr>
      <w:tr w:rsidR="000E07E5" w14:paraId="6C90C2A1" w14:textId="77777777" w:rsidTr="12A5913A">
        <w:trPr>
          <w:trHeight w:val="300"/>
        </w:trPr>
        <w:tc>
          <w:tcPr>
            <w:tcW w:w="4320" w:type="dxa"/>
          </w:tcPr>
          <w:p w14:paraId="5A7B66CD" w14:textId="77777777" w:rsidR="000E07E5" w:rsidRDefault="00000000">
            <w:r>
              <w:t>Wijns, J.W.A. (Joris)</w:t>
            </w:r>
          </w:p>
        </w:tc>
      </w:tr>
      <w:tr w:rsidR="000E07E5" w14:paraId="3B1FE135" w14:textId="77777777" w:rsidTr="12A5913A">
        <w:trPr>
          <w:trHeight w:val="300"/>
        </w:trPr>
        <w:tc>
          <w:tcPr>
            <w:tcW w:w="4320" w:type="dxa"/>
          </w:tcPr>
          <w:p w14:paraId="6318B250" w14:textId="77777777" w:rsidR="000E07E5" w:rsidRDefault="00000000">
            <w:r>
              <w:t>Moll, L.W. (Liam) Van</w:t>
            </w:r>
          </w:p>
        </w:tc>
      </w:tr>
      <w:tr w:rsidR="000E07E5" w14:paraId="06D1DFF2" w14:textId="77777777" w:rsidTr="12A5913A">
        <w:trPr>
          <w:trHeight w:val="300"/>
        </w:trPr>
        <w:tc>
          <w:tcPr>
            <w:tcW w:w="4320" w:type="dxa"/>
          </w:tcPr>
          <w:p w14:paraId="5AE61978" w14:textId="77777777" w:rsidR="000E07E5" w:rsidRDefault="00000000">
            <w:r>
              <w:t>Borrenbergs, L. (Luuk)</w:t>
            </w:r>
          </w:p>
        </w:tc>
      </w:tr>
      <w:tr w:rsidR="000E07E5" w14:paraId="42E25C75" w14:textId="77777777" w:rsidTr="12A5913A">
        <w:trPr>
          <w:trHeight w:val="300"/>
        </w:trPr>
        <w:tc>
          <w:tcPr>
            <w:tcW w:w="4320" w:type="dxa"/>
          </w:tcPr>
          <w:p w14:paraId="3536D06B" w14:textId="77777777" w:rsidR="000E07E5" w:rsidRDefault="00000000">
            <w:r>
              <w:t>Gijsbers, N.W.H. (Nick)</w:t>
            </w:r>
          </w:p>
        </w:tc>
      </w:tr>
      <w:tr w:rsidR="000E07E5" w14:paraId="0DDBD489" w14:textId="77777777" w:rsidTr="12A5913A">
        <w:trPr>
          <w:trHeight w:val="300"/>
        </w:trPr>
        <w:tc>
          <w:tcPr>
            <w:tcW w:w="4320" w:type="dxa"/>
          </w:tcPr>
          <w:p w14:paraId="37271E3B" w14:textId="77777777" w:rsidR="000E07E5" w:rsidRDefault="00000000">
            <w:r>
              <w:t>Dirx, B. (Bente)</w:t>
            </w:r>
          </w:p>
        </w:tc>
      </w:tr>
      <w:tr w:rsidR="000E07E5" w14:paraId="6E0A7CDD" w14:textId="77777777" w:rsidTr="12A5913A">
        <w:trPr>
          <w:trHeight w:val="300"/>
        </w:trPr>
        <w:tc>
          <w:tcPr>
            <w:tcW w:w="4320" w:type="dxa"/>
          </w:tcPr>
          <w:p w14:paraId="5A4D37C0" w14:textId="77777777" w:rsidR="000E07E5" w:rsidRDefault="00000000">
            <w:r>
              <w:t>Verhees, L.M.E. (Linn)</w:t>
            </w:r>
          </w:p>
        </w:tc>
      </w:tr>
      <w:tr w:rsidR="000E07E5" w14:paraId="70CE9EC3" w14:textId="77777777" w:rsidTr="12A5913A">
        <w:trPr>
          <w:trHeight w:val="300"/>
        </w:trPr>
        <w:tc>
          <w:tcPr>
            <w:tcW w:w="4320" w:type="dxa"/>
          </w:tcPr>
          <w:p w14:paraId="05F9B3BB" w14:textId="77777777" w:rsidR="000E07E5" w:rsidRDefault="00000000">
            <w:r>
              <w:t>Wouters, T.J.K. (Tim)</w:t>
            </w:r>
          </w:p>
        </w:tc>
      </w:tr>
      <w:tr w:rsidR="000E07E5" w14:paraId="09AD8331" w14:textId="77777777" w:rsidTr="12A5913A">
        <w:trPr>
          <w:trHeight w:val="300"/>
        </w:trPr>
        <w:tc>
          <w:tcPr>
            <w:tcW w:w="4320" w:type="dxa"/>
          </w:tcPr>
          <w:p w14:paraId="62CDEFD8" w14:textId="77777777" w:rsidR="000E07E5" w:rsidRDefault="00000000">
            <w:r>
              <w:t>Loomans, S.G. (Sem)</w:t>
            </w:r>
          </w:p>
        </w:tc>
      </w:tr>
      <w:tr w:rsidR="000E07E5" w14:paraId="13D0DEC9" w14:textId="77777777" w:rsidTr="12A5913A">
        <w:trPr>
          <w:trHeight w:val="300"/>
        </w:trPr>
        <w:tc>
          <w:tcPr>
            <w:tcW w:w="4320" w:type="dxa"/>
          </w:tcPr>
          <w:p w14:paraId="299738DD" w14:textId="77777777" w:rsidR="000E07E5" w:rsidRDefault="00000000">
            <w:r>
              <w:t>Sweere, O.J.G. (Oscar)</w:t>
            </w:r>
          </w:p>
        </w:tc>
      </w:tr>
      <w:tr w:rsidR="000E07E5" w14:paraId="3AB038E0" w14:textId="77777777" w:rsidTr="12A5913A">
        <w:trPr>
          <w:trHeight w:val="300"/>
        </w:trPr>
        <w:tc>
          <w:tcPr>
            <w:tcW w:w="4320" w:type="dxa"/>
          </w:tcPr>
          <w:p w14:paraId="22808899" w14:textId="77777777" w:rsidR="000E07E5" w:rsidRDefault="00000000">
            <w:r>
              <w:t>Verouden, T. (Ties)</w:t>
            </w:r>
          </w:p>
        </w:tc>
      </w:tr>
      <w:tr w:rsidR="000E07E5" w14:paraId="35B34D19" w14:textId="77777777" w:rsidTr="12A5913A">
        <w:trPr>
          <w:trHeight w:val="300"/>
        </w:trPr>
        <w:tc>
          <w:tcPr>
            <w:tcW w:w="4320" w:type="dxa"/>
          </w:tcPr>
          <w:p w14:paraId="101A3BC7" w14:textId="77777777" w:rsidR="000E07E5" w:rsidRDefault="00000000">
            <w:r>
              <w:t>Sanden, S. (Sem) van der</w:t>
            </w:r>
          </w:p>
        </w:tc>
      </w:tr>
      <w:tr w:rsidR="000E07E5" w14:paraId="45F0C058" w14:textId="77777777" w:rsidTr="12A5913A">
        <w:trPr>
          <w:trHeight w:val="300"/>
        </w:trPr>
        <w:tc>
          <w:tcPr>
            <w:tcW w:w="4320" w:type="dxa"/>
          </w:tcPr>
          <w:p w14:paraId="0CD2081C" w14:textId="77777777" w:rsidR="000E07E5" w:rsidRDefault="00000000">
            <w:r>
              <w:t>Summeren, D. (Devano) van</w:t>
            </w:r>
          </w:p>
        </w:tc>
      </w:tr>
      <w:tr w:rsidR="000E07E5" w14:paraId="0BE393DA" w14:textId="77777777" w:rsidTr="12A5913A">
        <w:trPr>
          <w:trHeight w:val="300"/>
        </w:trPr>
        <w:tc>
          <w:tcPr>
            <w:tcW w:w="4320" w:type="dxa"/>
          </w:tcPr>
          <w:p w14:paraId="7E8D33FA" w14:textId="77777777" w:rsidR="000E07E5" w:rsidRDefault="00000000">
            <w:r>
              <w:t>Aalst, T.J.A. (Ties) van der</w:t>
            </w:r>
          </w:p>
        </w:tc>
      </w:tr>
      <w:tr w:rsidR="000E07E5" w14:paraId="128744AA" w14:textId="77777777" w:rsidTr="12A5913A">
        <w:trPr>
          <w:trHeight w:val="300"/>
        </w:trPr>
        <w:tc>
          <w:tcPr>
            <w:tcW w:w="4320" w:type="dxa"/>
          </w:tcPr>
          <w:p w14:paraId="32A9A439" w14:textId="77777777" w:rsidR="000E07E5" w:rsidRDefault="00000000">
            <w:r>
              <w:t>Hermans, G. (Geert)</w:t>
            </w:r>
          </w:p>
        </w:tc>
      </w:tr>
    </w:tbl>
    <w:p w14:paraId="5DAB6C7B" w14:textId="77777777" w:rsidR="000E07E5" w:rsidRDefault="000E07E5"/>
    <w:p w14:paraId="74816ADD" w14:textId="180D8D52" w:rsidR="000E07E5" w:rsidRDefault="000E07E5" w:rsidP="12A5913A">
      <w:pPr>
        <w:rPr>
          <w:b/>
          <w:bCs/>
          <w:sz w:val="26"/>
          <w:szCs w:val="26"/>
        </w:rPr>
      </w:pPr>
    </w:p>
    <w:p w14:paraId="793A40DC" w14:textId="214DD180" w:rsidR="000E07E5" w:rsidRDefault="12A5913A" w:rsidP="12A5913A">
      <w:r w:rsidRPr="12A5913A">
        <w:rPr>
          <w:b/>
          <w:bCs/>
          <w:sz w:val="26"/>
          <w:szCs w:val="26"/>
        </w:rPr>
        <w:lastRenderedPageBreak/>
        <w:t>JO13 (14)</w:t>
      </w:r>
    </w:p>
    <w:p w14:paraId="30F88D7F" w14:textId="55B68AEC" w:rsidR="000E07E5" w:rsidRDefault="12A5913A">
      <w:r w:rsidRPr="12A5913A">
        <w:rPr>
          <w:b/>
          <w:bCs/>
        </w:rPr>
        <w:t xml:space="preserve">Begeleiding: </w:t>
      </w:r>
      <w:r>
        <w:t>Hein vd Wouw, Twan Verdonschot, Bart Valkenaars.</w:t>
      </w:r>
    </w:p>
    <w:tbl>
      <w:tblPr>
        <w:tblStyle w:val="Tabelraster"/>
        <w:tblW w:w="4320" w:type="dxa"/>
        <w:tblLook w:val="04A0" w:firstRow="1" w:lastRow="0" w:firstColumn="1" w:lastColumn="0" w:noHBand="0" w:noVBand="1"/>
      </w:tblPr>
      <w:tblGrid>
        <w:gridCol w:w="4320"/>
      </w:tblGrid>
      <w:tr w:rsidR="000E07E5" w14:paraId="27535B1B" w14:textId="77777777" w:rsidTr="12A5913A">
        <w:trPr>
          <w:trHeight w:val="300"/>
        </w:trPr>
        <w:tc>
          <w:tcPr>
            <w:tcW w:w="4320" w:type="dxa"/>
          </w:tcPr>
          <w:p w14:paraId="15DC2F16" w14:textId="77777777" w:rsidR="000E07E5" w:rsidRDefault="00000000">
            <w:r>
              <w:t>Naam</w:t>
            </w:r>
          </w:p>
        </w:tc>
      </w:tr>
      <w:tr w:rsidR="000E07E5" w14:paraId="319EE178" w14:textId="77777777" w:rsidTr="12A5913A">
        <w:trPr>
          <w:trHeight w:val="300"/>
        </w:trPr>
        <w:tc>
          <w:tcPr>
            <w:tcW w:w="4320" w:type="dxa"/>
          </w:tcPr>
          <w:p w14:paraId="503D1AC6" w14:textId="77777777" w:rsidR="000E07E5" w:rsidRDefault="00000000">
            <w:r>
              <w:t>Martins, D.D.M. (Duarte)</w:t>
            </w:r>
          </w:p>
        </w:tc>
      </w:tr>
      <w:tr w:rsidR="000E07E5" w14:paraId="6FE8590A" w14:textId="77777777" w:rsidTr="12A5913A">
        <w:trPr>
          <w:trHeight w:val="300"/>
        </w:trPr>
        <w:tc>
          <w:tcPr>
            <w:tcW w:w="4320" w:type="dxa"/>
          </w:tcPr>
          <w:p w14:paraId="012992A8" w14:textId="77777777" w:rsidR="000E07E5" w:rsidRDefault="00000000">
            <w:r>
              <w:t>Valkenaars, M. (Mex)</w:t>
            </w:r>
          </w:p>
        </w:tc>
      </w:tr>
      <w:tr w:rsidR="000E07E5" w14:paraId="0F77FE8F" w14:textId="77777777" w:rsidTr="12A5913A">
        <w:trPr>
          <w:trHeight w:val="300"/>
        </w:trPr>
        <w:tc>
          <w:tcPr>
            <w:tcW w:w="4320" w:type="dxa"/>
          </w:tcPr>
          <w:p w14:paraId="41866558" w14:textId="77777777" w:rsidR="000E07E5" w:rsidRDefault="00000000">
            <w:r>
              <w:t>Winters, J. (Jens)</w:t>
            </w:r>
          </w:p>
        </w:tc>
      </w:tr>
      <w:tr w:rsidR="000E07E5" w14:paraId="794DED69" w14:textId="77777777" w:rsidTr="12A5913A">
        <w:trPr>
          <w:trHeight w:val="300"/>
        </w:trPr>
        <w:tc>
          <w:tcPr>
            <w:tcW w:w="4320" w:type="dxa"/>
          </w:tcPr>
          <w:p w14:paraId="08BEBEF1" w14:textId="77777777" w:rsidR="000E07E5" w:rsidRDefault="00000000">
            <w:r>
              <w:t>Roossien, N. (Neva)</w:t>
            </w:r>
          </w:p>
        </w:tc>
      </w:tr>
      <w:tr w:rsidR="000E07E5" w14:paraId="36CA8B43" w14:textId="77777777" w:rsidTr="12A5913A">
        <w:trPr>
          <w:trHeight w:val="300"/>
        </w:trPr>
        <w:tc>
          <w:tcPr>
            <w:tcW w:w="4320" w:type="dxa"/>
          </w:tcPr>
          <w:p w14:paraId="35AB4252" w14:textId="77777777" w:rsidR="000E07E5" w:rsidRDefault="00000000">
            <w:r>
              <w:t>Dielis, L. (Luuk)</w:t>
            </w:r>
          </w:p>
        </w:tc>
      </w:tr>
      <w:tr w:rsidR="000E07E5" w14:paraId="4D314593" w14:textId="77777777" w:rsidTr="12A5913A">
        <w:trPr>
          <w:trHeight w:val="300"/>
        </w:trPr>
        <w:tc>
          <w:tcPr>
            <w:tcW w:w="4320" w:type="dxa"/>
          </w:tcPr>
          <w:p w14:paraId="4A57C814" w14:textId="77777777" w:rsidR="000E07E5" w:rsidRDefault="00000000">
            <w:r>
              <w:t>Dirx, T. (Ties)</w:t>
            </w:r>
          </w:p>
        </w:tc>
      </w:tr>
      <w:tr w:rsidR="000E07E5" w14:paraId="1B98DC05" w14:textId="77777777" w:rsidTr="12A5913A">
        <w:trPr>
          <w:trHeight w:val="300"/>
        </w:trPr>
        <w:tc>
          <w:tcPr>
            <w:tcW w:w="4320" w:type="dxa"/>
          </w:tcPr>
          <w:p w14:paraId="21C2E6F0" w14:textId="77777777" w:rsidR="000E07E5" w:rsidRDefault="00000000">
            <w:r>
              <w:t>Wouw, J. (Jur) van de</w:t>
            </w:r>
          </w:p>
        </w:tc>
      </w:tr>
      <w:tr w:rsidR="000E07E5" w14:paraId="5CEA568A" w14:textId="77777777" w:rsidTr="12A5913A">
        <w:trPr>
          <w:trHeight w:val="300"/>
        </w:trPr>
        <w:tc>
          <w:tcPr>
            <w:tcW w:w="4320" w:type="dxa"/>
          </w:tcPr>
          <w:p w14:paraId="5B50F7BD" w14:textId="77777777" w:rsidR="000E07E5" w:rsidRDefault="00000000">
            <w:r>
              <w:t>Verdonschot, R. (Ries)</w:t>
            </w:r>
          </w:p>
        </w:tc>
      </w:tr>
      <w:tr w:rsidR="000E07E5" w14:paraId="78C45067" w14:textId="77777777" w:rsidTr="12A5913A">
        <w:trPr>
          <w:trHeight w:val="300"/>
        </w:trPr>
        <w:tc>
          <w:tcPr>
            <w:tcW w:w="4320" w:type="dxa"/>
          </w:tcPr>
          <w:p w14:paraId="2A3A8259" w14:textId="77777777" w:rsidR="000E07E5" w:rsidRDefault="00000000">
            <w:r>
              <w:t>Santing, D. (Daniel)</w:t>
            </w:r>
          </w:p>
        </w:tc>
      </w:tr>
      <w:tr w:rsidR="000E07E5" w14:paraId="3F41DF92" w14:textId="77777777" w:rsidTr="12A5913A">
        <w:trPr>
          <w:trHeight w:val="300"/>
        </w:trPr>
        <w:tc>
          <w:tcPr>
            <w:tcW w:w="4320" w:type="dxa"/>
          </w:tcPr>
          <w:p w14:paraId="3F84F645" w14:textId="77777777" w:rsidR="000E07E5" w:rsidRDefault="00000000">
            <w:r>
              <w:t>Bax, T. (Teun)</w:t>
            </w:r>
          </w:p>
        </w:tc>
      </w:tr>
      <w:tr w:rsidR="000E07E5" w14:paraId="3D6FE5C3" w14:textId="77777777" w:rsidTr="12A5913A">
        <w:trPr>
          <w:trHeight w:val="300"/>
        </w:trPr>
        <w:tc>
          <w:tcPr>
            <w:tcW w:w="4320" w:type="dxa"/>
          </w:tcPr>
          <w:p w14:paraId="21A6F058" w14:textId="77777777" w:rsidR="000E07E5" w:rsidRDefault="00000000">
            <w:r>
              <w:t>Gerrits, D. (Dex)</w:t>
            </w:r>
          </w:p>
        </w:tc>
      </w:tr>
      <w:tr w:rsidR="000E07E5" w14:paraId="782EB14E" w14:textId="77777777" w:rsidTr="12A5913A">
        <w:trPr>
          <w:trHeight w:val="300"/>
        </w:trPr>
        <w:tc>
          <w:tcPr>
            <w:tcW w:w="4320" w:type="dxa"/>
          </w:tcPr>
          <w:p w14:paraId="529E0831" w14:textId="77777777" w:rsidR="000E07E5" w:rsidRDefault="00000000">
            <w:r>
              <w:t>Hoppenbrouwers, G. (Guus)</w:t>
            </w:r>
          </w:p>
        </w:tc>
      </w:tr>
      <w:tr w:rsidR="000E07E5" w14:paraId="2A4848F1" w14:textId="77777777" w:rsidTr="12A5913A">
        <w:trPr>
          <w:trHeight w:val="300"/>
        </w:trPr>
        <w:tc>
          <w:tcPr>
            <w:tcW w:w="4320" w:type="dxa"/>
          </w:tcPr>
          <w:p w14:paraId="2EC1242A" w14:textId="77777777" w:rsidR="000E07E5" w:rsidRDefault="00000000">
            <w:r>
              <w:t>Coppens, M. (Maddox)</w:t>
            </w:r>
          </w:p>
        </w:tc>
      </w:tr>
      <w:tr w:rsidR="000E07E5" w14:paraId="292B9C37" w14:textId="77777777" w:rsidTr="12A5913A">
        <w:trPr>
          <w:trHeight w:val="300"/>
        </w:trPr>
        <w:tc>
          <w:tcPr>
            <w:tcW w:w="4320" w:type="dxa"/>
          </w:tcPr>
          <w:p w14:paraId="0EF28D5C" w14:textId="77777777" w:rsidR="000E07E5" w:rsidRDefault="00000000">
            <w:r>
              <w:t>Larmit, N. (Niek)</w:t>
            </w:r>
          </w:p>
        </w:tc>
      </w:tr>
    </w:tbl>
    <w:p w14:paraId="02EB378F" w14:textId="77777777" w:rsidR="000E07E5" w:rsidRDefault="000E07E5"/>
    <w:p w14:paraId="29533EC6" w14:textId="77777777" w:rsidR="000E07E5" w:rsidRDefault="00000000">
      <w:r>
        <w:rPr>
          <w:b/>
          <w:sz w:val="26"/>
        </w:rPr>
        <w:t>JO12-1 (9)</w:t>
      </w:r>
    </w:p>
    <w:p w14:paraId="61997396" w14:textId="0284F43A" w:rsidR="12A5913A" w:rsidRDefault="12A5913A">
      <w:r w:rsidRPr="12A5913A">
        <w:rPr>
          <w:b/>
          <w:bCs/>
        </w:rPr>
        <w:t xml:space="preserve">Begeleiding: </w:t>
      </w:r>
      <w:r>
        <w:t>Johan Hoeks, Jolanda Buys, Wil Sleddens</w:t>
      </w:r>
    </w:p>
    <w:tbl>
      <w:tblPr>
        <w:tblStyle w:val="Tabelraster"/>
        <w:tblW w:w="4320" w:type="dxa"/>
        <w:tblLook w:val="04A0" w:firstRow="1" w:lastRow="0" w:firstColumn="1" w:lastColumn="0" w:noHBand="0" w:noVBand="1"/>
      </w:tblPr>
      <w:tblGrid>
        <w:gridCol w:w="4320"/>
      </w:tblGrid>
      <w:tr w:rsidR="000E07E5" w14:paraId="77E510BA" w14:textId="77777777" w:rsidTr="12A5913A">
        <w:trPr>
          <w:trHeight w:val="300"/>
        </w:trPr>
        <w:tc>
          <w:tcPr>
            <w:tcW w:w="4320" w:type="dxa"/>
          </w:tcPr>
          <w:p w14:paraId="774DB0C8" w14:textId="77777777" w:rsidR="000E07E5" w:rsidRDefault="00000000">
            <w:r>
              <w:t>Naam</w:t>
            </w:r>
          </w:p>
        </w:tc>
      </w:tr>
      <w:tr w:rsidR="000E07E5" w14:paraId="4CCEDD42" w14:textId="77777777" w:rsidTr="12A5913A">
        <w:trPr>
          <w:trHeight w:val="300"/>
        </w:trPr>
        <w:tc>
          <w:tcPr>
            <w:tcW w:w="4320" w:type="dxa"/>
          </w:tcPr>
          <w:p w14:paraId="61DA06E8" w14:textId="77777777" w:rsidR="000E07E5" w:rsidRDefault="00000000">
            <w:r>
              <w:t>Wijns, L. (Lotte)</w:t>
            </w:r>
          </w:p>
        </w:tc>
      </w:tr>
      <w:tr w:rsidR="000E07E5" w14:paraId="4950336E" w14:textId="77777777" w:rsidTr="12A5913A">
        <w:trPr>
          <w:trHeight w:val="300"/>
        </w:trPr>
        <w:tc>
          <w:tcPr>
            <w:tcW w:w="4320" w:type="dxa"/>
          </w:tcPr>
          <w:p w14:paraId="5DBC5794" w14:textId="77777777" w:rsidR="000E07E5" w:rsidRDefault="00000000">
            <w:r>
              <w:t>Bax, P. (Puck)</w:t>
            </w:r>
          </w:p>
        </w:tc>
      </w:tr>
      <w:tr w:rsidR="000E07E5" w14:paraId="7FAEE369" w14:textId="77777777" w:rsidTr="12A5913A">
        <w:trPr>
          <w:trHeight w:val="300"/>
        </w:trPr>
        <w:tc>
          <w:tcPr>
            <w:tcW w:w="4320" w:type="dxa"/>
          </w:tcPr>
          <w:p w14:paraId="5F2C2238" w14:textId="77777777" w:rsidR="000E07E5" w:rsidRDefault="00000000">
            <w:r>
              <w:t>Krom, M. (Max) de</w:t>
            </w:r>
          </w:p>
        </w:tc>
      </w:tr>
      <w:tr w:rsidR="000E07E5" w14:paraId="3D8FE9B2" w14:textId="77777777" w:rsidTr="12A5913A">
        <w:trPr>
          <w:trHeight w:val="300"/>
        </w:trPr>
        <w:tc>
          <w:tcPr>
            <w:tcW w:w="4320" w:type="dxa"/>
          </w:tcPr>
          <w:p w14:paraId="2EBF64DA" w14:textId="77777777" w:rsidR="000E07E5" w:rsidRDefault="00000000">
            <w:r>
              <w:t>Bor, M.J.J. (Milan)</w:t>
            </w:r>
          </w:p>
        </w:tc>
      </w:tr>
      <w:tr w:rsidR="000E07E5" w14:paraId="753764C5" w14:textId="77777777" w:rsidTr="12A5913A">
        <w:trPr>
          <w:trHeight w:val="300"/>
        </w:trPr>
        <w:tc>
          <w:tcPr>
            <w:tcW w:w="4320" w:type="dxa"/>
          </w:tcPr>
          <w:p w14:paraId="262F5F09" w14:textId="77777777" w:rsidR="000E07E5" w:rsidRDefault="00000000">
            <w:r>
              <w:t>Kuijpers, J. (Joost)</w:t>
            </w:r>
          </w:p>
        </w:tc>
      </w:tr>
      <w:tr w:rsidR="000E07E5" w14:paraId="66C96EA4" w14:textId="77777777" w:rsidTr="12A5913A">
        <w:trPr>
          <w:trHeight w:val="300"/>
        </w:trPr>
        <w:tc>
          <w:tcPr>
            <w:tcW w:w="4320" w:type="dxa"/>
          </w:tcPr>
          <w:p w14:paraId="4DE8A14F" w14:textId="77777777" w:rsidR="000E07E5" w:rsidRDefault="00000000">
            <w:r>
              <w:t>Hoeks, R. (Ryan)</w:t>
            </w:r>
          </w:p>
        </w:tc>
      </w:tr>
      <w:tr w:rsidR="000E07E5" w14:paraId="7885ED4A" w14:textId="77777777" w:rsidTr="12A5913A">
        <w:trPr>
          <w:trHeight w:val="300"/>
        </w:trPr>
        <w:tc>
          <w:tcPr>
            <w:tcW w:w="4320" w:type="dxa"/>
          </w:tcPr>
          <w:p w14:paraId="22E1822F" w14:textId="77777777" w:rsidR="000E07E5" w:rsidRDefault="00000000">
            <w:r>
              <w:t>Sleddens, B.W.J. (Bram)</w:t>
            </w:r>
          </w:p>
        </w:tc>
      </w:tr>
      <w:tr w:rsidR="000E07E5" w14:paraId="417B77F7" w14:textId="77777777" w:rsidTr="12A5913A">
        <w:trPr>
          <w:trHeight w:val="300"/>
        </w:trPr>
        <w:tc>
          <w:tcPr>
            <w:tcW w:w="4320" w:type="dxa"/>
          </w:tcPr>
          <w:p w14:paraId="2F8AB5EA" w14:textId="77777777" w:rsidR="000E07E5" w:rsidRDefault="00000000">
            <w:r>
              <w:t>Rombouts, D.G.F. (Daan)</w:t>
            </w:r>
          </w:p>
        </w:tc>
      </w:tr>
      <w:tr w:rsidR="000E07E5" w14:paraId="0D623DDB" w14:textId="77777777" w:rsidTr="12A5913A">
        <w:trPr>
          <w:trHeight w:val="300"/>
        </w:trPr>
        <w:tc>
          <w:tcPr>
            <w:tcW w:w="4320" w:type="dxa"/>
          </w:tcPr>
          <w:p w14:paraId="7BF4536F" w14:textId="77777777" w:rsidR="000E07E5" w:rsidRDefault="00000000">
            <w:r>
              <w:t>Struzikowski, M. (Marcel)</w:t>
            </w:r>
          </w:p>
        </w:tc>
      </w:tr>
    </w:tbl>
    <w:p w14:paraId="79171FB9" w14:textId="0549E09E" w:rsidR="000E07E5" w:rsidRDefault="00000000">
      <w:r>
        <w:br w:type="page"/>
      </w:r>
    </w:p>
    <w:p w14:paraId="67CAA111" w14:textId="704FB809" w:rsidR="000E07E5" w:rsidRDefault="12A5913A" w:rsidP="12A5913A">
      <w:r w:rsidRPr="12A5913A">
        <w:rPr>
          <w:b/>
          <w:bCs/>
          <w:sz w:val="26"/>
          <w:szCs w:val="26"/>
        </w:rPr>
        <w:lastRenderedPageBreak/>
        <w:t>JO12-2 (9)</w:t>
      </w:r>
    </w:p>
    <w:p w14:paraId="722E3E2B" w14:textId="77777777" w:rsidR="000E07E5" w:rsidRDefault="00000000">
      <w:r>
        <w:rPr>
          <w:b/>
        </w:rPr>
        <w:t xml:space="preserve">Begeleiding: </w:t>
      </w:r>
      <w:r>
        <w:t>Erik van Veldhoven, Jan Lemmens</w:t>
      </w:r>
    </w:p>
    <w:tbl>
      <w:tblPr>
        <w:tblStyle w:val="Tabelraster"/>
        <w:tblW w:w="4320" w:type="dxa"/>
        <w:tblLook w:val="04A0" w:firstRow="1" w:lastRow="0" w:firstColumn="1" w:lastColumn="0" w:noHBand="0" w:noVBand="1"/>
      </w:tblPr>
      <w:tblGrid>
        <w:gridCol w:w="4320"/>
      </w:tblGrid>
      <w:tr w:rsidR="000E07E5" w14:paraId="4E94CF29" w14:textId="77777777" w:rsidTr="12A5913A">
        <w:trPr>
          <w:trHeight w:val="300"/>
        </w:trPr>
        <w:tc>
          <w:tcPr>
            <w:tcW w:w="4320" w:type="dxa"/>
          </w:tcPr>
          <w:p w14:paraId="0D8FABD8" w14:textId="77777777" w:rsidR="000E07E5" w:rsidRDefault="00000000">
            <w:r>
              <w:t>Naam</w:t>
            </w:r>
          </w:p>
        </w:tc>
      </w:tr>
      <w:tr w:rsidR="000E07E5" w14:paraId="5373EA8C" w14:textId="77777777" w:rsidTr="12A5913A">
        <w:trPr>
          <w:trHeight w:val="300"/>
        </w:trPr>
        <w:tc>
          <w:tcPr>
            <w:tcW w:w="4320" w:type="dxa"/>
          </w:tcPr>
          <w:p w14:paraId="0586C3EC" w14:textId="77777777" w:rsidR="000E07E5" w:rsidRDefault="00000000">
            <w:r>
              <w:t>Bax, FMW (Fer)</w:t>
            </w:r>
          </w:p>
        </w:tc>
      </w:tr>
      <w:tr w:rsidR="000E07E5" w14:paraId="47530AFC" w14:textId="77777777" w:rsidTr="12A5913A">
        <w:trPr>
          <w:trHeight w:val="300"/>
        </w:trPr>
        <w:tc>
          <w:tcPr>
            <w:tcW w:w="4320" w:type="dxa"/>
          </w:tcPr>
          <w:p w14:paraId="5A00489F" w14:textId="77777777" w:rsidR="000E07E5" w:rsidRDefault="00000000">
            <w:r>
              <w:t>Meijden, H. (Huub) van der</w:t>
            </w:r>
          </w:p>
        </w:tc>
      </w:tr>
      <w:tr w:rsidR="000E07E5" w14:paraId="2C9824F0" w14:textId="77777777" w:rsidTr="12A5913A">
        <w:trPr>
          <w:trHeight w:val="300"/>
        </w:trPr>
        <w:tc>
          <w:tcPr>
            <w:tcW w:w="4320" w:type="dxa"/>
          </w:tcPr>
          <w:p w14:paraId="068A1A46" w14:textId="77777777" w:rsidR="000E07E5" w:rsidRDefault="00000000">
            <w:r>
              <w:t>Herk, L. (Lex)</w:t>
            </w:r>
          </w:p>
        </w:tc>
      </w:tr>
      <w:tr w:rsidR="000E07E5" w14:paraId="06ED1110" w14:textId="77777777" w:rsidTr="12A5913A">
        <w:trPr>
          <w:trHeight w:val="300"/>
        </w:trPr>
        <w:tc>
          <w:tcPr>
            <w:tcW w:w="4320" w:type="dxa"/>
          </w:tcPr>
          <w:p w14:paraId="6E36E6C0" w14:textId="77777777" w:rsidR="000E07E5" w:rsidRDefault="00000000">
            <w:r>
              <w:t>Veldhoven, S. (Stan) van</w:t>
            </w:r>
          </w:p>
        </w:tc>
      </w:tr>
      <w:tr w:rsidR="000E07E5" w14:paraId="61479126" w14:textId="77777777" w:rsidTr="12A5913A">
        <w:trPr>
          <w:trHeight w:val="300"/>
        </w:trPr>
        <w:tc>
          <w:tcPr>
            <w:tcW w:w="4320" w:type="dxa"/>
          </w:tcPr>
          <w:p w14:paraId="2B50E787" w14:textId="77777777" w:rsidR="000E07E5" w:rsidRDefault="00000000">
            <w:r>
              <w:t>Verhagen, S. (Scott)</w:t>
            </w:r>
          </w:p>
        </w:tc>
      </w:tr>
      <w:tr w:rsidR="000E07E5" w14:paraId="6B5D6CE9" w14:textId="77777777" w:rsidTr="12A5913A">
        <w:trPr>
          <w:trHeight w:val="300"/>
        </w:trPr>
        <w:tc>
          <w:tcPr>
            <w:tcW w:w="4320" w:type="dxa"/>
          </w:tcPr>
          <w:p w14:paraId="7CB03D19" w14:textId="77777777" w:rsidR="000E07E5" w:rsidRDefault="00000000">
            <w:r>
              <w:t>Hermans, N.J.C.W. (Noor)</w:t>
            </w:r>
          </w:p>
        </w:tc>
      </w:tr>
      <w:tr w:rsidR="000E07E5" w14:paraId="258ABD0F" w14:textId="77777777" w:rsidTr="12A5913A">
        <w:trPr>
          <w:trHeight w:val="300"/>
        </w:trPr>
        <w:tc>
          <w:tcPr>
            <w:tcW w:w="4320" w:type="dxa"/>
          </w:tcPr>
          <w:p w14:paraId="2520C151" w14:textId="77777777" w:rsidR="000E07E5" w:rsidRDefault="00000000">
            <w:r>
              <w:t>Borrenbergs, J. (Jill)</w:t>
            </w:r>
          </w:p>
        </w:tc>
      </w:tr>
      <w:tr w:rsidR="000E07E5" w14:paraId="449A5009" w14:textId="77777777" w:rsidTr="12A5913A">
        <w:trPr>
          <w:trHeight w:val="300"/>
        </w:trPr>
        <w:tc>
          <w:tcPr>
            <w:tcW w:w="4320" w:type="dxa"/>
          </w:tcPr>
          <w:p w14:paraId="3B777E09" w14:textId="77777777" w:rsidR="000E07E5" w:rsidRDefault="00000000">
            <w:r>
              <w:t>Lemmens, N. (Nes)</w:t>
            </w:r>
          </w:p>
        </w:tc>
      </w:tr>
      <w:tr w:rsidR="000E07E5" w14:paraId="7D2EE83D" w14:textId="77777777" w:rsidTr="12A5913A">
        <w:trPr>
          <w:trHeight w:val="300"/>
        </w:trPr>
        <w:tc>
          <w:tcPr>
            <w:tcW w:w="4320" w:type="dxa"/>
          </w:tcPr>
          <w:p w14:paraId="10D54AE9" w14:textId="77777777" w:rsidR="000E07E5" w:rsidRDefault="00000000">
            <w:r>
              <w:t>Lemmens, F. (Flor)</w:t>
            </w:r>
          </w:p>
        </w:tc>
      </w:tr>
    </w:tbl>
    <w:p w14:paraId="5A39BBE3" w14:textId="77777777" w:rsidR="000E07E5" w:rsidRDefault="000E07E5"/>
    <w:p w14:paraId="4ECACF9B" w14:textId="77777777" w:rsidR="000E07E5" w:rsidRDefault="00000000">
      <w:r>
        <w:rPr>
          <w:b/>
          <w:sz w:val="26"/>
        </w:rPr>
        <w:t>JO11 (10)</w:t>
      </w:r>
    </w:p>
    <w:p w14:paraId="09E4F098" w14:textId="388FBCD1" w:rsidR="000E07E5" w:rsidRDefault="12A5913A" w:rsidP="12A5913A">
      <w:r w:rsidRPr="12A5913A">
        <w:rPr>
          <w:b/>
          <w:bCs/>
        </w:rPr>
        <w:t xml:space="preserve">Begeleiding: </w:t>
      </w:r>
      <w:r>
        <w:t xml:space="preserve">Joost Baken (zaterdag), Twan </w:t>
      </w:r>
      <w:r w:rsidR="715C4499">
        <w:t xml:space="preserve">Caeyers </w:t>
      </w:r>
      <w:r>
        <w:t>(trainer)</w:t>
      </w:r>
    </w:p>
    <w:tbl>
      <w:tblPr>
        <w:tblStyle w:val="Tabelraster"/>
        <w:tblW w:w="4320" w:type="dxa"/>
        <w:tblLook w:val="04A0" w:firstRow="1" w:lastRow="0" w:firstColumn="1" w:lastColumn="0" w:noHBand="0" w:noVBand="1"/>
      </w:tblPr>
      <w:tblGrid>
        <w:gridCol w:w="4320"/>
      </w:tblGrid>
      <w:tr w:rsidR="000E07E5" w14:paraId="61A28F5F" w14:textId="77777777" w:rsidTr="12A5913A">
        <w:trPr>
          <w:trHeight w:val="300"/>
        </w:trPr>
        <w:tc>
          <w:tcPr>
            <w:tcW w:w="4320" w:type="dxa"/>
          </w:tcPr>
          <w:p w14:paraId="04CFDA93" w14:textId="77777777" w:rsidR="000E07E5" w:rsidRDefault="00000000">
            <w:r>
              <w:t>Naam</w:t>
            </w:r>
          </w:p>
        </w:tc>
      </w:tr>
      <w:tr w:rsidR="000E07E5" w14:paraId="263777B3" w14:textId="77777777" w:rsidTr="12A5913A">
        <w:trPr>
          <w:trHeight w:val="300"/>
        </w:trPr>
        <w:tc>
          <w:tcPr>
            <w:tcW w:w="4320" w:type="dxa"/>
          </w:tcPr>
          <w:p w14:paraId="485D49F2" w14:textId="77777777" w:rsidR="000E07E5" w:rsidRDefault="00000000">
            <w:r>
              <w:t>Box, R.P.J. (Rens)</w:t>
            </w:r>
          </w:p>
        </w:tc>
      </w:tr>
      <w:tr w:rsidR="000E07E5" w14:paraId="04C923F1" w14:textId="77777777" w:rsidTr="12A5913A">
        <w:trPr>
          <w:trHeight w:val="300"/>
        </w:trPr>
        <w:tc>
          <w:tcPr>
            <w:tcW w:w="4320" w:type="dxa"/>
          </w:tcPr>
          <w:p w14:paraId="6B053A68" w14:textId="77777777" w:rsidR="000E07E5" w:rsidRDefault="00000000">
            <w:r>
              <w:t>Boudewijns, T. (Thomas)</w:t>
            </w:r>
          </w:p>
        </w:tc>
      </w:tr>
      <w:tr w:rsidR="000E07E5" w14:paraId="5646C574" w14:textId="77777777" w:rsidTr="12A5913A">
        <w:trPr>
          <w:trHeight w:val="300"/>
        </w:trPr>
        <w:tc>
          <w:tcPr>
            <w:tcW w:w="4320" w:type="dxa"/>
          </w:tcPr>
          <w:p w14:paraId="5D0E31A7" w14:textId="77777777" w:rsidR="000E07E5" w:rsidRDefault="00000000">
            <w:r>
              <w:t>Caeyers, N. (Niek)</w:t>
            </w:r>
          </w:p>
        </w:tc>
      </w:tr>
      <w:tr w:rsidR="000E07E5" w14:paraId="109B139A" w14:textId="77777777" w:rsidTr="12A5913A">
        <w:trPr>
          <w:trHeight w:val="300"/>
        </w:trPr>
        <w:tc>
          <w:tcPr>
            <w:tcW w:w="4320" w:type="dxa"/>
          </w:tcPr>
          <w:p w14:paraId="05DA77B4" w14:textId="77777777" w:rsidR="000E07E5" w:rsidRDefault="00000000">
            <w:r>
              <w:t>Hoppenbrouwers, G.M.M. (Giel)</w:t>
            </w:r>
          </w:p>
        </w:tc>
      </w:tr>
      <w:tr w:rsidR="000E07E5" w14:paraId="3E0FDF4D" w14:textId="77777777" w:rsidTr="12A5913A">
        <w:trPr>
          <w:trHeight w:val="300"/>
        </w:trPr>
        <w:tc>
          <w:tcPr>
            <w:tcW w:w="4320" w:type="dxa"/>
          </w:tcPr>
          <w:p w14:paraId="0B53C920" w14:textId="77777777" w:rsidR="000E07E5" w:rsidRDefault="00000000">
            <w:r>
              <w:t>Valkenaars, R. (Riv)</w:t>
            </w:r>
          </w:p>
        </w:tc>
      </w:tr>
      <w:tr w:rsidR="000E07E5" w14:paraId="28F282FE" w14:textId="77777777" w:rsidTr="12A5913A">
        <w:trPr>
          <w:trHeight w:val="300"/>
        </w:trPr>
        <w:tc>
          <w:tcPr>
            <w:tcW w:w="4320" w:type="dxa"/>
          </w:tcPr>
          <w:p w14:paraId="20FED9BF" w14:textId="77777777" w:rsidR="000E07E5" w:rsidRDefault="00000000">
            <w:r>
              <w:t>Iperen, R. (Ruben) Van</w:t>
            </w:r>
          </w:p>
        </w:tc>
      </w:tr>
      <w:tr w:rsidR="000E07E5" w14:paraId="102CEC39" w14:textId="77777777" w:rsidTr="12A5913A">
        <w:trPr>
          <w:trHeight w:val="300"/>
        </w:trPr>
        <w:tc>
          <w:tcPr>
            <w:tcW w:w="4320" w:type="dxa"/>
          </w:tcPr>
          <w:p w14:paraId="3F95225E" w14:textId="77777777" w:rsidR="000E07E5" w:rsidRDefault="00000000">
            <w:r>
              <w:t>Baken, P. (Pim)</w:t>
            </w:r>
          </w:p>
        </w:tc>
      </w:tr>
      <w:tr w:rsidR="000E07E5" w14:paraId="10799990" w14:textId="77777777" w:rsidTr="12A5913A">
        <w:trPr>
          <w:trHeight w:val="300"/>
        </w:trPr>
        <w:tc>
          <w:tcPr>
            <w:tcW w:w="4320" w:type="dxa"/>
          </w:tcPr>
          <w:p w14:paraId="465A3374" w14:textId="77777777" w:rsidR="000E07E5" w:rsidRDefault="00000000">
            <w:r>
              <w:t>Coppens, F. (Finn)</w:t>
            </w:r>
          </w:p>
        </w:tc>
      </w:tr>
      <w:tr w:rsidR="000E07E5" w14:paraId="4C7132D2" w14:textId="77777777" w:rsidTr="12A5913A">
        <w:trPr>
          <w:trHeight w:val="300"/>
        </w:trPr>
        <w:tc>
          <w:tcPr>
            <w:tcW w:w="4320" w:type="dxa"/>
          </w:tcPr>
          <w:p w14:paraId="2D8AD5A6" w14:textId="77777777" w:rsidR="000E07E5" w:rsidRDefault="00000000">
            <w:r>
              <w:t>Wojdyla, M.B (Mikolaj)</w:t>
            </w:r>
          </w:p>
        </w:tc>
      </w:tr>
      <w:tr w:rsidR="000E07E5" w14:paraId="2338C140" w14:textId="77777777" w:rsidTr="12A5913A">
        <w:trPr>
          <w:trHeight w:val="300"/>
        </w:trPr>
        <w:tc>
          <w:tcPr>
            <w:tcW w:w="4320" w:type="dxa"/>
          </w:tcPr>
          <w:p w14:paraId="293E78B8" w14:textId="77777777" w:rsidR="000E07E5" w:rsidRDefault="00000000">
            <w:r>
              <w:t>Jansen, F. (Djeez)</w:t>
            </w:r>
          </w:p>
        </w:tc>
      </w:tr>
    </w:tbl>
    <w:p w14:paraId="41C8F396" w14:textId="77777777" w:rsidR="000E07E5" w:rsidRDefault="000E07E5"/>
    <w:p w14:paraId="33E7FBA2" w14:textId="77777777" w:rsidR="000E07E5" w:rsidRDefault="00000000">
      <w:r>
        <w:rPr>
          <w:b/>
          <w:sz w:val="26"/>
        </w:rPr>
        <w:t>JO10-1 (8)</w:t>
      </w:r>
    </w:p>
    <w:p w14:paraId="03EF3E57" w14:textId="77777777" w:rsidR="000E07E5" w:rsidRDefault="00000000">
      <w:r>
        <w:rPr>
          <w:b/>
        </w:rPr>
        <w:t xml:space="preserve">Begeleiding: </w:t>
      </w:r>
      <w:r>
        <w:t>Wil vd Wouw, Dirk Plasmans.</w:t>
      </w:r>
    </w:p>
    <w:tbl>
      <w:tblPr>
        <w:tblStyle w:val="Tabelraster"/>
        <w:tblW w:w="4320" w:type="dxa"/>
        <w:tblLook w:val="04A0" w:firstRow="1" w:lastRow="0" w:firstColumn="1" w:lastColumn="0" w:noHBand="0" w:noVBand="1"/>
      </w:tblPr>
      <w:tblGrid>
        <w:gridCol w:w="4320"/>
      </w:tblGrid>
      <w:tr w:rsidR="000E07E5" w14:paraId="099B55AD" w14:textId="77777777" w:rsidTr="12A5913A">
        <w:trPr>
          <w:trHeight w:val="300"/>
        </w:trPr>
        <w:tc>
          <w:tcPr>
            <w:tcW w:w="4320" w:type="dxa"/>
          </w:tcPr>
          <w:p w14:paraId="31B7AB10" w14:textId="77777777" w:rsidR="000E07E5" w:rsidRDefault="00000000">
            <w:r>
              <w:t>Naam</w:t>
            </w:r>
          </w:p>
        </w:tc>
      </w:tr>
      <w:tr w:rsidR="000E07E5" w14:paraId="5E1F6A00" w14:textId="77777777" w:rsidTr="12A5913A">
        <w:trPr>
          <w:trHeight w:val="300"/>
        </w:trPr>
        <w:tc>
          <w:tcPr>
            <w:tcW w:w="4320" w:type="dxa"/>
          </w:tcPr>
          <w:p w14:paraId="771D0980" w14:textId="77777777" w:rsidR="000E07E5" w:rsidRDefault="00000000">
            <w:r>
              <w:t>Aalst, M. (Maud) Van der</w:t>
            </w:r>
          </w:p>
        </w:tc>
      </w:tr>
      <w:tr w:rsidR="000E07E5" w14:paraId="1E510DE1" w14:textId="77777777" w:rsidTr="12A5913A">
        <w:trPr>
          <w:trHeight w:val="300"/>
        </w:trPr>
        <w:tc>
          <w:tcPr>
            <w:tcW w:w="4320" w:type="dxa"/>
          </w:tcPr>
          <w:p w14:paraId="5BAE86E2" w14:textId="77777777" w:rsidR="000E07E5" w:rsidRDefault="00000000">
            <w:r>
              <w:t>Wouw, S. (Salle) van de</w:t>
            </w:r>
          </w:p>
        </w:tc>
      </w:tr>
      <w:tr w:rsidR="000E07E5" w14:paraId="14D40FC3" w14:textId="77777777" w:rsidTr="12A5913A">
        <w:trPr>
          <w:trHeight w:val="300"/>
        </w:trPr>
        <w:tc>
          <w:tcPr>
            <w:tcW w:w="4320" w:type="dxa"/>
          </w:tcPr>
          <w:p w14:paraId="13D87034" w14:textId="77777777" w:rsidR="000E07E5" w:rsidRDefault="00000000">
            <w:r>
              <w:t>Verouden, C. (Coen)</w:t>
            </w:r>
          </w:p>
        </w:tc>
      </w:tr>
      <w:tr w:rsidR="000E07E5" w14:paraId="3D7618D7" w14:textId="77777777" w:rsidTr="12A5913A">
        <w:trPr>
          <w:trHeight w:val="300"/>
        </w:trPr>
        <w:tc>
          <w:tcPr>
            <w:tcW w:w="4320" w:type="dxa"/>
          </w:tcPr>
          <w:p w14:paraId="4B676B18" w14:textId="77777777" w:rsidR="000E07E5" w:rsidRDefault="00000000">
            <w:r>
              <w:t>Aalst, C.E. (Cas) van der</w:t>
            </w:r>
          </w:p>
        </w:tc>
      </w:tr>
      <w:tr w:rsidR="000E07E5" w14:paraId="6CAFB043" w14:textId="77777777" w:rsidTr="12A5913A">
        <w:trPr>
          <w:trHeight w:val="300"/>
        </w:trPr>
        <w:tc>
          <w:tcPr>
            <w:tcW w:w="4320" w:type="dxa"/>
          </w:tcPr>
          <w:p w14:paraId="2FE79044" w14:textId="77777777" w:rsidR="000E07E5" w:rsidRDefault="00000000">
            <w:r>
              <w:t>Michiels, G.S.E (Gabriel)</w:t>
            </w:r>
          </w:p>
        </w:tc>
      </w:tr>
      <w:tr w:rsidR="000E07E5" w14:paraId="79578C46" w14:textId="77777777" w:rsidTr="12A5913A">
        <w:trPr>
          <w:trHeight w:val="300"/>
        </w:trPr>
        <w:tc>
          <w:tcPr>
            <w:tcW w:w="4320" w:type="dxa"/>
          </w:tcPr>
          <w:p w14:paraId="1B34658A" w14:textId="77777777" w:rsidR="000E07E5" w:rsidRDefault="00000000">
            <w:r>
              <w:t>Plasmans, F. (Finn)</w:t>
            </w:r>
          </w:p>
        </w:tc>
      </w:tr>
      <w:tr w:rsidR="000E07E5" w14:paraId="39E0B577" w14:textId="77777777" w:rsidTr="12A5913A">
        <w:trPr>
          <w:trHeight w:val="300"/>
        </w:trPr>
        <w:tc>
          <w:tcPr>
            <w:tcW w:w="4320" w:type="dxa"/>
          </w:tcPr>
          <w:p w14:paraId="74C05843" w14:textId="77777777" w:rsidR="000E07E5" w:rsidRDefault="00000000">
            <w:r>
              <w:t>Jalloh, Charnor</w:t>
            </w:r>
          </w:p>
        </w:tc>
      </w:tr>
      <w:tr w:rsidR="000E07E5" w14:paraId="2E86EFF6" w14:textId="77777777" w:rsidTr="12A5913A">
        <w:trPr>
          <w:trHeight w:val="300"/>
        </w:trPr>
        <w:tc>
          <w:tcPr>
            <w:tcW w:w="4320" w:type="dxa"/>
          </w:tcPr>
          <w:p w14:paraId="25023B16" w14:textId="77777777" w:rsidR="000E07E5" w:rsidRDefault="00000000">
            <w:r>
              <w:t>Roossien , E.</w:t>
            </w:r>
          </w:p>
        </w:tc>
      </w:tr>
    </w:tbl>
    <w:p w14:paraId="72A3D3EC" w14:textId="77777777" w:rsidR="000E07E5" w:rsidRDefault="000E07E5"/>
    <w:p w14:paraId="165AA193" w14:textId="77777777" w:rsidR="000E07E5" w:rsidRDefault="00000000">
      <w:r>
        <w:rPr>
          <w:b/>
          <w:sz w:val="26"/>
        </w:rPr>
        <w:lastRenderedPageBreak/>
        <w:t>JO10-2 (7)</w:t>
      </w:r>
    </w:p>
    <w:p w14:paraId="284D063B" w14:textId="77777777" w:rsidR="000E07E5" w:rsidRDefault="00000000">
      <w:r>
        <w:rPr>
          <w:b/>
        </w:rPr>
        <w:t xml:space="preserve">Begeleiding: </w:t>
      </w:r>
      <w:r>
        <w:t>Jurre van Antwerpen, Maikel Snellen, Rob Loots</w:t>
      </w:r>
    </w:p>
    <w:tbl>
      <w:tblPr>
        <w:tblStyle w:val="Tabelraster"/>
        <w:tblW w:w="4320" w:type="dxa"/>
        <w:tblLook w:val="04A0" w:firstRow="1" w:lastRow="0" w:firstColumn="1" w:lastColumn="0" w:noHBand="0" w:noVBand="1"/>
      </w:tblPr>
      <w:tblGrid>
        <w:gridCol w:w="4320"/>
      </w:tblGrid>
      <w:tr w:rsidR="000E07E5" w14:paraId="54A40920" w14:textId="77777777" w:rsidTr="12A5913A">
        <w:trPr>
          <w:trHeight w:val="300"/>
        </w:trPr>
        <w:tc>
          <w:tcPr>
            <w:tcW w:w="4320" w:type="dxa"/>
          </w:tcPr>
          <w:p w14:paraId="02240CD4" w14:textId="77777777" w:rsidR="000E07E5" w:rsidRDefault="00000000">
            <w:r>
              <w:t>Naam</w:t>
            </w:r>
          </w:p>
        </w:tc>
      </w:tr>
      <w:tr w:rsidR="000E07E5" w14:paraId="7DE939B0" w14:textId="77777777" w:rsidTr="12A5913A">
        <w:trPr>
          <w:trHeight w:val="300"/>
        </w:trPr>
        <w:tc>
          <w:tcPr>
            <w:tcW w:w="4320" w:type="dxa"/>
          </w:tcPr>
          <w:p w14:paraId="7160A2A1" w14:textId="77777777" w:rsidR="000E07E5" w:rsidRDefault="00000000">
            <w:r>
              <w:t>Snellen, R. (Ryan)</w:t>
            </w:r>
          </w:p>
        </w:tc>
      </w:tr>
      <w:tr w:rsidR="000E07E5" w14:paraId="059B57F0" w14:textId="77777777" w:rsidTr="12A5913A">
        <w:trPr>
          <w:trHeight w:val="300"/>
        </w:trPr>
        <w:tc>
          <w:tcPr>
            <w:tcW w:w="4320" w:type="dxa"/>
          </w:tcPr>
          <w:p w14:paraId="5AC6175F" w14:textId="77777777" w:rsidR="000E07E5" w:rsidRDefault="00000000">
            <w:r>
              <w:t>Baltussen, T. (Tim)</w:t>
            </w:r>
          </w:p>
        </w:tc>
      </w:tr>
      <w:tr w:rsidR="000E07E5" w14:paraId="3D08AE77" w14:textId="77777777" w:rsidTr="12A5913A">
        <w:trPr>
          <w:trHeight w:val="300"/>
        </w:trPr>
        <w:tc>
          <w:tcPr>
            <w:tcW w:w="4320" w:type="dxa"/>
          </w:tcPr>
          <w:p w14:paraId="0A90EAB0" w14:textId="77777777" w:rsidR="000E07E5" w:rsidRDefault="00000000">
            <w:r>
              <w:t>Meijden, T. (Tuur) van der</w:t>
            </w:r>
          </w:p>
        </w:tc>
      </w:tr>
      <w:tr w:rsidR="000E07E5" w14:paraId="5835266B" w14:textId="77777777" w:rsidTr="12A5913A">
        <w:trPr>
          <w:trHeight w:val="300"/>
        </w:trPr>
        <w:tc>
          <w:tcPr>
            <w:tcW w:w="4320" w:type="dxa"/>
          </w:tcPr>
          <w:p w14:paraId="25C09FED" w14:textId="77777777" w:rsidR="000E07E5" w:rsidRDefault="00000000">
            <w:r>
              <w:t>Loots, J. (Jace)</w:t>
            </w:r>
          </w:p>
        </w:tc>
      </w:tr>
      <w:tr w:rsidR="000E07E5" w14:paraId="35C817CD" w14:textId="77777777" w:rsidTr="12A5913A">
        <w:trPr>
          <w:trHeight w:val="300"/>
        </w:trPr>
        <w:tc>
          <w:tcPr>
            <w:tcW w:w="4320" w:type="dxa"/>
          </w:tcPr>
          <w:p w14:paraId="349508FE" w14:textId="77777777" w:rsidR="000E07E5" w:rsidRDefault="00000000">
            <w:r>
              <w:t>Antwerpen, J. (Jent) Van</w:t>
            </w:r>
          </w:p>
        </w:tc>
      </w:tr>
      <w:tr w:rsidR="000E07E5" w14:paraId="780C4590" w14:textId="77777777" w:rsidTr="12A5913A">
        <w:trPr>
          <w:trHeight w:val="300"/>
        </w:trPr>
        <w:tc>
          <w:tcPr>
            <w:tcW w:w="4320" w:type="dxa"/>
          </w:tcPr>
          <w:p w14:paraId="5AD67F7F" w14:textId="77777777" w:rsidR="000E07E5" w:rsidRDefault="00000000">
            <w:r>
              <w:t>Aalst, G.J.A (Gus) Van der</w:t>
            </w:r>
          </w:p>
        </w:tc>
      </w:tr>
      <w:tr w:rsidR="12A5913A" w14:paraId="188B980E" w14:textId="77777777" w:rsidTr="12A5913A">
        <w:trPr>
          <w:trHeight w:val="300"/>
        </w:trPr>
        <w:tc>
          <w:tcPr>
            <w:tcW w:w="4320" w:type="dxa"/>
          </w:tcPr>
          <w:p w14:paraId="7B0CDEA7" w14:textId="24ED6EC9" w:rsidR="0D2F3848" w:rsidRDefault="0D2F3848" w:rsidP="12A5913A">
            <w:r>
              <w:t>Dielissen, Sofie</w:t>
            </w:r>
          </w:p>
        </w:tc>
      </w:tr>
    </w:tbl>
    <w:p w14:paraId="0D0B940D" w14:textId="77777777" w:rsidR="000E07E5" w:rsidRDefault="000E07E5"/>
    <w:p w14:paraId="384C6D19" w14:textId="77777777" w:rsidR="000E07E5" w:rsidRDefault="00000000">
      <w:r>
        <w:rPr>
          <w:b/>
          <w:sz w:val="26"/>
        </w:rPr>
        <w:t>JO09 (8)</w:t>
      </w:r>
    </w:p>
    <w:p w14:paraId="3C2733FC" w14:textId="77777777" w:rsidR="000E07E5" w:rsidRDefault="00000000">
      <w:r>
        <w:rPr>
          <w:b/>
        </w:rPr>
        <w:t xml:space="preserve">Begeleiding: </w:t>
      </w:r>
      <w:r>
        <w:t>Jan van de Ven, Martijn Dirkx</w:t>
      </w:r>
    </w:p>
    <w:tbl>
      <w:tblPr>
        <w:tblStyle w:val="Tabelraster"/>
        <w:tblW w:w="4320" w:type="dxa"/>
        <w:tblLook w:val="04A0" w:firstRow="1" w:lastRow="0" w:firstColumn="1" w:lastColumn="0" w:noHBand="0" w:noVBand="1"/>
      </w:tblPr>
      <w:tblGrid>
        <w:gridCol w:w="4320"/>
      </w:tblGrid>
      <w:tr w:rsidR="000E07E5" w14:paraId="4F755A85" w14:textId="77777777" w:rsidTr="12A5913A">
        <w:trPr>
          <w:trHeight w:val="300"/>
        </w:trPr>
        <w:tc>
          <w:tcPr>
            <w:tcW w:w="4320" w:type="dxa"/>
          </w:tcPr>
          <w:p w14:paraId="16A74803" w14:textId="77777777" w:rsidR="000E07E5" w:rsidRDefault="00000000">
            <w:r>
              <w:t>Naam</w:t>
            </w:r>
          </w:p>
        </w:tc>
      </w:tr>
      <w:tr w:rsidR="000E07E5" w14:paraId="2AF085CD" w14:textId="77777777" w:rsidTr="12A5913A">
        <w:trPr>
          <w:trHeight w:val="300"/>
        </w:trPr>
        <w:tc>
          <w:tcPr>
            <w:tcW w:w="4320" w:type="dxa"/>
          </w:tcPr>
          <w:p w14:paraId="3E0D97A7" w14:textId="77777777" w:rsidR="000E07E5" w:rsidRDefault="00000000">
            <w:r>
              <w:t>Ven, J. (Jens) van de</w:t>
            </w:r>
          </w:p>
        </w:tc>
      </w:tr>
      <w:tr w:rsidR="000E07E5" w14:paraId="319C02C5" w14:textId="77777777" w:rsidTr="12A5913A">
        <w:trPr>
          <w:trHeight w:val="300"/>
        </w:trPr>
        <w:tc>
          <w:tcPr>
            <w:tcW w:w="4320" w:type="dxa"/>
          </w:tcPr>
          <w:p w14:paraId="740B88AE" w14:textId="77777777" w:rsidR="000E07E5" w:rsidRDefault="00000000">
            <w:r>
              <w:t>Hoeks, L. (Lev)</w:t>
            </w:r>
          </w:p>
        </w:tc>
      </w:tr>
      <w:tr w:rsidR="000E07E5" w14:paraId="54A49125" w14:textId="77777777" w:rsidTr="12A5913A">
        <w:trPr>
          <w:trHeight w:val="300"/>
        </w:trPr>
        <w:tc>
          <w:tcPr>
            <w:tcW w:w="4320" w:type="dxa"/>
          </w:tcPr>
          <w:p w14:paraId="4F9F2DB8" w14:textId="77777777" w:rsidR="000E07E5" w:rsidRDefault="00000000">
            <w:r>
              <w:t>Iperen, T. (Tijn) Van</w:t>
            </w:r>
          </w:p>
        </w:tc>
      </w:tr>
      <w:tr w:rsidR="000E07E5" w14:paraId="5990B1CD" w14:textId="77777777" w:rsidTr="12A5913A">
        <w:trPr>
          <w:trHeight w:val="300"/>
        </w:trPr>
        <w:tc>
          <w:tcPr>
            <w:tcW w:w="4320" w:type="dxa"/>
          </w:tcPr>
          <w:p w14:paraId="756DB296" w14:textId="77777777" w:rsidR="000E07E5" w:rsidRDefault="00000000">
            <w:r>
              <w:t>Wouters, S. (Stef)</w:t>
            </w:r>
          </w:p>
        </w:tc>
      </w:tr>
      <w:tr w:rsidR="000E07E5" w14:paraId="1E48AC0D" w14:textId="77777777" w:rsidTr="12A5913A">
        <w:trPr>
          <w:trHeight w:val="300"/>
        </w:trPr>
        <w:tc>
          <w:tcPr>
            <w:tcW w:w="4320" w:type="dxa"/>
          </w:tcPr>
          <w:p w14:paraId="5E4A2115" w14:textId="77777777" w:rsidR="000E07E5" w:rsidRDefault="00000000">
            <w:r>
              <w:t>Caeyers, G. (Guus)</w:t>
            </w:r>
          </w:p>
        </w:tc>
      </w:tr>
      <w:tr w:rsidR="000E07E5" w14:paraId="2B9AE420" w14:textId="77777777" w:rsidTr="12A5913A">
        <w:trPr>
          <w:trHeight w:val="300"/>
        </w:trPr>
        <w:tc>
          <w:tcPr>
            <w:tcW w:w="4320" w:type="dxa"/>
          </w:tcPr>
          <w:p w14:paraId="5B1A41B2" w14:textId="77777777" w:rsidR="000E07E5" w:rsidRDefault="00000000">
            <w:r>
              <w:t>Roossien, H. (Hube)</w:t>
            </w:r>
          </w:p>
        </w:tc>
      </w:tr>
      <w:tr w:rsidR="000E07E5" w14:paraId="6C7A202D" w14:textId="77777777" w:rsidTr="12A5913A">
        <w:trPr>
          <w:trHeight w:val="300"/>
        </w:trPr>
        <w:tc>
          <w:tcPr>
            <w:tcW w:w="4320" w:type="dxa"/>
          </w:tcPr>
          <w:p w14:paraId="7AC39977" w14:textId="77777777" w:rsidR="000E07E5" w:rsidRDefault="00000000">
            <w:r>
              <w:t>Dirkx, M. (Mads)</w:t>
            </w:r>
          </w:p>
        </w:tc>
      </w:tr>
      <w:tr w:rsidR="000E07E5" w14:paraId="5600CD05" w14:textId="77777777" w:rsidTr="12A5913A">
        <w:trPr>
          <w:trHeight w:val="300"/>
        </w:trPr>
        <w:tc>
          <w:tcPr>
            <w:tcW w:w="4320" w:type="dxa"/>
          </w:tcPr>
          <w:p w14:paraId="68E06A74" w14:textId="77777777" w:rsidR="000E07E5" w:rsidRDefault="00000000">
            <w:r>
              <w:t>Hoeks, T. (Tim)</w:t>
            </w:r>
          </w:p>
        </w:tc>
      </w:tr>
    </w:tbl>
    <w:p w14:paraId="0E27B00A" w14:textId="77777777" w:rsidR="000E07E5" w:rsidRDefault="000E07E5"/>
    <w:p w14:paraId="7164DAEC" w14:textId="77777777" w:rsidR="000E07E5" w:rsidRDefault="00000000">
      <w:r>
        <w:rPr>
          <w:b/>
          <w:sz w:val="26"/>
        </w:rPr>
        <w:t>JO08 (10)</w:t>
      </w:r>
    </w:p>
    <w:p w14:paraId="616AA76A" w14:textId="77777777" w:rsidR="000E07E5" w:rsidRDefault="00000000">
      <w:r>
        <w:rPr>
          <w:b/>
        </w:rPr>
        <w:t xml:space="preserve">Begeleiding: </w:t>
      </w:r>
      <w:r>
        <w:t>Rob Wijnen, Geert Verrijt, Stef Segers</w:t>
      </w:r>
    </w:p>
    <w:tbl>
      <w:tblPr>
        <w:tblStyle w:val="Tabelraster"/>
        <w:tblW w:w="4320" w:type="dxa"/>
        <w:tblLook w:val="04A0" w:firstRow="1" w:lastRow="0" w:firstColumn="1" w:lastColumn="0" w:noHBand="0" w:noVBand="1"/>
      </w:tblPr>
      <w:tblGrid>
        <w:gridCol w:w="4320"/>
      </w:tblGrid>
      <w:tr w:rsidR="000E07E5" w14:paraId="5F01B74C" w14:textId="77777777" w:rsidTr="12A5913A">
        <w:trPr>
          <w:trHeight w:val="300"/>
        </w:trPr>
        <w:tc>
          <w:tcPr>
            <w:tcW w:w="4320" w:type="dxa"/>
          </w:tcPr>
          <w:p w14:paraId="008F2CC5" w14:textId="77777777" w:rsidR="000E07E5" w:rsidRDefault="00000000">
            <w:r>
              <w:t>Naam</w:t>
            </w:r>
          </w:p>
        </w:tc>
      </w:tr>
      <w:tr w:rsidR="000E07E5" w14:paraId="24D16607" w14:textId="77777777" w:rsidTr="12A5913A">
        <w:trPr>
          <w:trHeight w:val="300"/>
        </w:trPr>
        <w:tc>
          <w:tcPr>
            <w:tcW w:w="4320" w:type="dxa"/>
          </w:tcPr>
          <w:p w14:paraId="65B1E7A0" w14:textId="77777777" w:rsidR="000E07E5" w:rsidRDefault="00000000">
            <w:r>
              <w:t>Verrijt, S. (Sam)</w:t>
            </w:r>
          </w:p>
        </w:tc>
      </w:tr>
      <w:tr w:rsidR="000E07E5" w14:paraId="670764DB" w14:textId="77777777" w:rsidTr="12A5913A">
        <w:trPr>
          <w:trHeight w:val="300"/>
        </w:trPr>
        <w:tc>
          <w:tcPr>
            <w:tcW w:w="4320" w:type="dxa"/>
          </w:tcPr>
          <w:p w14:paraId="6F186E8C" w14:textId="77777777" w:rsidR="000E07E5" w:rsidRDefault="00000000">
            <w:r>
              <w:t>Huijgevoort, C.P.J. (Cas) Van de</w:t>
            </w:r>
          </w:p>
        </w:tc>
      </w:tr>
      <w:tr w:rsidR="000E07E5" w14:paraId="6E3A7CB9" w14:textId="77777777" w:rsidTr="12A5913A">
        <w:trPr>
          <w:trHeight w:val="300"/>
        </w:trPr>
        <w:tc>
          <w:tcPr>
            <w:tcW w:w="4320" w:type="dxa"/>
          </w:tcPr>
          <w:p w14:paraId="00D4540B" w14:textId="77777777" w:rsidR="000E07E5" w:rsidRDefault="00000000">
            <w:r>
              <w:t>Janssen, W.S. (Willem)</w:t>
            </w:r>
          </w:p>
        </w:tc>
      </w:tr>
      <w:tr w:rsidR="000E07E5" w14:paraId="23502BC9" w14:textId="77777777" w:rsidTr="12A5913A">
        <w:trPr>
          <w:trHeight w:val="300"/>
        </w:trPr>
        <w:tc>
          <w:tcPr>
            <w:tcW w:w="4320" w:type="dxa"/>
          </w:tcPr>
          <w:p w14:paraId="4560FDDB" w14:textId="77777777" w:rsidR="000E07E5" w:rsidRDefault="00000000">
            <w:r>
              <w:t>Melotte, V. (Vinn)</w:t>
            </w:r>
          </w:p>
        </w:tc>
      </w:tr>
      <w:tr w:rsidR="000E07E5" w14:paraId="61E7A9CF" w14:textId="77777777" w:rsidTr="12A5913A">
        <w:trPr>
          <w:trHeight w:val="300"/>
        </w:trPr>
        <w:tc>
          <w:tcPr>
            <w:tcW w:w="4320" w:type="dxa"/>
          </w:tcPr>
          <w:p w14:paraId="72F26721" w14:textId="77777777" w:rsidR="000E07E5" w:rsidRDefault="00000000">
            <w:r>
              <w:t>Fange, E.D.X (Enzo) Van der</w:t>
            </w:r>
          </w:p>
        </w:tc>
      </w:tr>
      <w:tr w:rsidR="000E07E5" w14:paraId="6343C5DF" w14:textId="77777777" w:rsidTr="12A5913A">
        <w:trPr>
          <w:trHeight w:val="300"/>
        </w:trPr>
        <w:tc>
          <w:tcPr>
            <w:tcW w:w="4320" w:type="dxa"/>
          </w:tcPr>
          <w:p w14:paraId="6EC3620B" w14:textId="77777777" w:rsidR="000E07E5" w:rsidRDefault="00000000">
            <w:r>
              <w:t>Segers, J. (Joep)</w:t>
            </w:r>
          </w:p>
        </w:tc>
      </w:tr>
      <w:tr w:rsidR="000E07E5" w14:paraId="28F059BA" w14:textId="77777777" w:rsidTr="12A5913A">
        <w:trPr>
          <w:trHeight w:val="300"/>
        </w:trPr>
        <w:tc>
          <w:tcPr>
            <w:tcW w:w="4320" w:type="dxa"/>
          </w:tcPr>
          <w:p w14:paraId="7CA49F42" w14:textId="77777777" w:rsidR="000E07E5" w:rsidRDefault="00000000">
            <w:r>
              <w:t>Musielak, Nikolas</w:t>
            </w:r>
          </w:p>
        </w:tc>
      </w:tr>
      <w:tr w:rsidR="000E07E5" w14:paraId="24343E9E" w14:textId="77777777" w:rsidTr="12A5913A">
        <w:trPr>
          <w:trHeight w:val="300"/>
        </w:trPr>
        <w:tc>
          <w:tcPr>
            <w:tcW w:w="4320" w:type="dxa"/>
          </w:tcPr>
          <w:p w14:paraId="24D185DF" w14:textId="77777777" w:rsidR="000E07E5" w:rsidRDefault="00000000">
            <w:r>
              <w:t>Wijnen, J. (Joep)</w:t>
            </w:r>
          </w:p>
        </w:tc>
      </w:tr>
      <w:tr w:rsidR="000E07E5" w14:paraId="23BDA206" w14:textId="77777777" w:rsidTr="12A5913A">
        <w:trPr>
          <w:trHeight w:val="300"/>
        </w:trPr>
        <w:tc>
          <w:tcPr>
            <w:tcW w:w="4320" w:type="dxa"/>
          </w:tcPr>
          <w:p w14:paraId="66AA66D4" w14:textId="77777777" w:rsidR="000E07E5" w:rsidRDefault="00000000">
            <w:r>
              <w:t>Tax, H. (Huib)</w:t>
            </w:r>
          </w:p>
        </w:tc>
      </w:tr>
      <w:tr w:rsidR="000E07E5" w14:paraId="1829F775" w14:textId="77777777" w:rsidTr="12A5913A">
        <w:trPr>
          <w:trHeight w:val="300"/>
        </w:trPr>
        <w:tc>
          <w:tcPr>
            <w:tcW w:w="4320" w:type="dxa"/>
          </w:tcPr>
          <w:p w14:paraId="2F176EDB" w14:textId="77777777" w:rsidR="000E07E5" w:rsidRDefault="00000000">
            <w:r>
              <w:t>Kwinten, J.S.A. (Jasper)</w:t>
            </w:r>
          </w:p>
        </w:tc>
      </w:tr>
    </w:tbl>
    <w:p w14:paraId="60061E4C" w14:textId="77777777" w:rsidR="000E07E5" w:rsidRDefault="000E07E5"/>
    <w:p w14:paraId="5B872963" w14:textId="31E8379E" w:rsidR="000E07E5" w:rsidRDefault="000E07E5" w:rsidP="12A5913A">
      <w:pPr>
        <w:rPr>
          <w:b/>
          <w:bCs/>
          <w:sz w:val="26"/>
          <w:szCs w:val="26"/>
        </w:rPr>
      </w:pPr>
    </w:p>
    <w:p w14:paraId="45664BC0" w14:textId="364E3990" w:rsidR="000E07E5" w:rsidRDefault="00000000" w:rsidP="12A5913A">
      <w:r>
        <w:br w:type="page"/>
      </w:r>
      <w:r w:rsidR="12A5913A" w:rsidRPr="12A5913A">
        <w:rPr>
          <w:b/>
          <w:bCs/>
          <w:sz w:val="26"/>
          <w:szCs w:val="26"/>
        </w:rPr>
        <w:lastRenderedPageBreak/>
        <w:t>JO06 / JO07 (10)</w:t>
      </w:r>
    </w:p>
    <w:p w14:paraId="24FD31A1" w14:textId="64B70342" w:rsidR="000E07E5" w:rsidRDefault="12A5913A">
      <w:r w:rsidRPr="12A5913A">
        <w:rPr>
          <w:b/>
          <w:bCs/>
        </w:rPr>
        <w:t xml:space="preserve">Begeleiding: </w:t>
      </w:r>
    </w:p>
    <w:tbl>
      <w:tblPr>
        <w:tblStyle w:val="Tabelraster"/>
        <w:tblW w:w="4320" w:type="dxa"/>
        <w:tblLook w:val="04A0" w:firstRow="1" w:lastRow="0" w:firstColumn="1" w:lastColumn="0" w:noHBand="0" w:noVBand="1"/>
      </w:tblPr>
      <w:tblGrid>
        <w:gridCol w:w="4320"/>
      </w:tblGrid>
      <w:tr w:rsidR="000E07E5" w14:paraId="414A85C5" w14:textId="77777777" w:rsidTr="12A5913A">
        <w:trPr>
          <w:trHeight w:val="300"/>
        </w:trPr>
        <w:tc>
          <w:tcPr>
            <w:tcW w:w="4320" w:type="dxa"/>
          </w:tcPr>
          <w:p w14:paraId="0A759F93" w14:textId="77777777" w:rsidR="000E07E5" w:rsidRDefault="00000000">
            <w:r>
              <w:t>Naam</w:t>
            </w:r>
          </w:p>
        </w:tc>
      </w:tr>
      <w:tr w:rsidR="000E07E5" w14:paraId="33EC4360" w14:textId="77777777" w:rsidTr="12A5913A">
        <w:trPr>
          <w:trHeight w:val="300"/>
        </w:trPr>
        <w:tc>
          <w:tcPr>
            <w:tcW w:w="4320" w:type="dxa"/>
          </w:tcPr>
          <w:p w14:paraId="17CE098B" w14:textId="77777777" w:rsidR="000E07E5" w:rsidRDefault="00000000">
            <w:r>
              <w:t>Plasmans, W. (Wes)</w:t>
            </w:r>
          </w:p>
        </w:tc>
      </w:tr>
      <w:tr w:rsidR="000E07E5" w14:paraId="63BCA61B" w14:textId="77777777" w:rsidTr="12A5913A">
        <w:trPr>
          <w:trHeight w:val="300"/>
        </w:trPr>
        <w:tc>
          <w:tcPr>
            <w:tcW w:w="4320" w:type="dxa"/>
          </w:tcPr>
          <w:p w14:paraId="015A9BFB" w14:textId="77777777" w:rsidR="000E07E5" w:rsidRDefault="00000000">
            <w:r>
              <w:t>Apostol, A. (Andrei)</w:t>
            </w:r>
          </w:p>
        </w:tc>
      </w:tr>
      <w:tr w:rsidR="000E07E5" w14:paraId="1D028CE9" w14:textId="77777777" w:rsidTr="12A5913A">
        <w:trPr>
          <w:trHeight w:val="300"/>
        </w:trPr>
        <w:tc>
          <w:tcPr>
            <w:tcW w:w="4320" w:type="dxa"/>
          </w:tcPr>
          <w:p w14:paraId="59D002C5" w14:textId="77777777" w:rsidR="000E07E5" w:rsidRDefault="00000000">
            <w:r>
              <w:t>Caeyers, L. (Lenne)</w:t>
            </w:r>
          </w:p>
        </w:tc>
      </w:tr>
      <w:tr w:rsidR="000E07E5" w14:paraId="01A2CCD4" w14:textId="77777777" w:rsidTr="12A5913A">
        <w:trPr>
          <w:trHeight w:val="300"/>
        </w:trPr>
        <w:tc>
          <w:tcPr>
            <w:tcW w:w="4320" w:type="dxa"/>
          </w:tcPr>
          <w:p w14:paraId="2C9840CB" w14:textId="77777777" w:rsidR="000E07E5" w:rsidRDefault="00000000">
            <w:r>
              <w:t>Karabacak, B. (Burak)</w:t>
            </w:r>
          </w:p>
        </w:tc>
      </w:tr>
      <w:tr w:rsidR="000E07E5" w14:paraId="2E5FD274" w14:textId="77777777" w:rsidTr="12A5913A">
        <w:trPr>
          <w:trHeight w:val="300"/>
        </w:trPr>
        <w:tc>
          <w:tcPr>
            <w:tcW w:w="4320" w:type="dxa"/>
          </w:tcPr>
          <w:p w14:paraId="5EE5E1BB" w14:textId="77777777" w:rsidR="000E07E5" w:rsidRDefault="00000000">
            <w:r>
              <w:t>Snellen, J. (Jaxx)</w:t>
            </w:r>
          </w:p>
        </w:tc>
      </w:tr>
      <w:tr w:rsidR="000E07E5" w14:paraId="645D32C0" w14:textId="77777777" w:rsidTr="12A5913A">
        <w:trPr>
          <w:trHeight w:val="300"/>
        </w:trPr>
        <w:tc>
          <w:tcPr>
            <w:tcW w:w="4320" w:type="dxa"/>
          </w:tcPr>
          <w:p w14:paraId="5756D5A3" w14:textId="77777777" w:rsidR="000E07E5" w:rsidRDefault="00000000">
            <w:r>
              <w:t>Fange, T.R.X. (Toby) Van der</w:t>
            </w:r>
          </w:p>
        </w:tc>
      </w:tr>
      <w:tr w:rsidR="000E07E5" w14:paraId="1593B5C3" w14:textId="77777777" w:rsidTr="12A5913A">
        <w:trPr>
          <w:trHeight w:val="300"/>
        </w:trPr>
        <w:tc>
          <w:tcPr>
            <w:tcW w:w="4320" w:type="dxa"/>
          </w:tcPr>
          <w:p w14:paraId="28ADBDA1" w14:textId="77777777" w:rsidR="000E07E5" w:rsidRDefault="00000000">
            <w:r>
              <w:t>Cools, I. (Iza)</w:t>
            </w:r>
          </w:p>
        </w:tc>
      </w:tr>
      <w:tr w:rsidR="000E07E5" w14:paraId="3E7D54AD" w14:textId="77777777" w:rsidTr="12A5913A">
        <w:trPr>
          <w:trHeight w:val="300"/>
        </w:trPr>
        <w:tc>
          <w:tcPr>
            <w:tcW w:w="4320" w:type="dxa"/>
          </w:tcPr>
          <w:p w14:paraId="642B436A" w14:textId="77777777" w:rsidR="000E07E5" w:rsidRDefault="00000000">
            <w:r>
              <w:t>Wordragen, J. (Jim) Van</w:t>
            </w:r>
          </w:p>
        </w:tc>
      </w:tr>
      <w:tr w:rsidR="000E07E5" w14:paraId="73844E3F" w14:textId="77777777" w:rsidTr="12A5913A">
        <w:trPr>
          <w:trHeight w:val="300"/>
        </w:trPr>
        <w:tc>
          <w:tcPr>
            <w:tcW w:w="4320" w:type="dxa"/>
          </w:tcPr>
          <w:p w14:paraId="088CE970" w14:textId="77777777" w:rsidR="000E07E5" w:rsidRDefault="00000000">
            <w:r>
              <w:t>Antwerpen, J. (Jori) van</w:t>
            </w:r>
          </w:p>
        </w:tc>
      </w:tr>
      <w:tr w:rsidR="000E07E5" w14:paraId="39414DB4" w14:textId="77777777" w:rsidTr="12A5913A">
        <w:trPr>
          <w:trHeight w:val="300"/>
        </w:trPr>
        <w:tc>
          <w:tcPr>
            <w:tcW w:w="4320" w:type="dxa"/>
          </w:tcPr>
          <w:p w14:paraId="731B93E6" w14:textId="77777777" w:rsidR="000E07E5" w:rsidRDefault="00000000">
            <w:r>
              <w:t>Willems, K. (Klaas)</w:t>
            </w:r>
          </w:p>
        </w:tc>
      </w:tr>
    </w:tbl>
    <w:p w14:paraId="44EAFD9C" w14:textId="77777777" w:rsidR="000E07E5" w:rsidRDefault="000E07E5"/>
    <w:sectPr w:rsidR="000E07E5" w:rsidSect="00034616">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049577008">
    <w:abstractNumId w:val="8"/>
  </w:num>
  <w:num w:numId="2" w16cid:durableId="2017730756">
    <w:abstractNumId w:val="6"/>
  </w:num>
  <w:num w:numId="3" w16cid:durableId="2067100959">
    <w:abstractNumId w:val="5"/>
  </w:num>
  <w:num w:numId="4" w16cid:durableId="156462653">
    <w:abstractNumId w:val="4"/>
  </w:num>
  <w:num w:numId="5" w16cid:durableId="1628076357">
    <w:abstractNumId w:val="7"/>
  </w:num>
  <w:num w:numId="6" w16cid:durableId="1330209317">
    <w:abstractNumId w:val="3"/>
  </w:num>
  <w:num w:numId="7" w16cid:durableId="221722987">
    <w:abstractNumId w:val="2"/>
  </w:num>
  <w:num w:numId="8" w16cid:durableId="1394155781">
    <w:abstractNumId w:val="1"/>
  </w:num>
  <w:num w:numId="9" w16cid:durableId="27780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69CD"/>
    <w:rsid w:val="000E07E5"/>
    <w:rsid w:val="0015074B"/>
    <w:rsid w:val="0029639D"/>
    <w:rsid w:val="002A6C7D"/>
    <w:rsid w:val="00326F90"/>
    <w:rsid w:val="009C0D88"/>
    <w:rsid w:val="009C4ADC"/>
    <w:rsid w:val="00AA1D8D"/>
    <w:rsid w:val="00B47730"/>
    <w:rsid w:val="00CB0664"/>
    <w:rsid w:val="00FC693F"/>
    <w:rsid w:val="04AF4B8E"/>
    <w:rsid w:val="04FBCB43"/>
    <w:rsid w:val="07354BEF"/>
    <w:rsid w:val="0AA57BD6"/>
    <w:rsid w:val="0B222B17"/>
    <w:rsid w:val="0B51B38A"/>
    <w:rsid w:val="0D2F3848"/>
    <w:rsid w:val="10E87564"/>
    <w:rsid w:val="11743830"/>
    <w:rsid w:val="12A5913A"/>
    <w:rsid w:val="1304EA1B"/>
    <w:rsid w:val="20D5E5A1"/>
    <w:rsid w:val="20DCCCB1"/>
    <w:rsid w:val="2D4EA187"/>
    <w:rsid w:val="2D79948B"/>
    <w:rsid w:val="32C5F8B7"/>
    <w:rsid w:val="337B132D"/>
    <w:rsid w:val="354C2380"/>
    <w:rsid w:val="35529132"/>
    <w:rsid w:val="36283FBB"/>
    <w:rsid w:val="3B7F497D"/>
    <w:rsid w:val="4320160C"/>
    <w:rsid w:val="44750CD8"/>
    <w:rsid w:val="5FB09843"/>
    <w:rsid w:val="603BF770"/>
    <w:rsid w:val="60BF0AAA"/>
    <w:rsid w:val="67FE0FF9"/>
    <w:rsid w:val="715C4499"/>
    <w:rsid w:val="7AC54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0C21E40-F61C-4407-8A0F-D7E0452B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863</Words>
  <Characters>4837</Characters>
  <Application>Microsoft Office Word</Application>
  <DocSecurity>0</DocSecurity>
  <Lines>201</Lines>
  <Paragraphs>189</Paragraphs>
  <ScaleCrop>false</ScaleCrop>
  <Manager/>
  <Company/>
  <LinksUpToDate>false</LinksUpToDate>
  <CharactersWithSpaces>5511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Danny Peeters | M. Heezen B.V.</cp:lastModifiedBy>
  <cp:revision>5</cp:revision>
  <dcterms:created xsi:type="dcterms:W3CDTF">2013-12-23T23:15:00Z</dcterms:created>
  <dcterms:modified xsi:type="dcterms:W3CDTF">2026-07-01T19:59:00Z</dcterms:modified>
  <cp:category/>
</cp:coreProperties>
</file>