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39859" w14:textId="77777777" w:rsidR="00F17BCC" w:rsidRDefault="00000000">
      <w:pPr>
        <w:jc w:val="center"/>
      </w:pPr>
      <w:r>
        <w:rPr>
          <w:b/>
          <w:sz w:val="32"/>
        </w:rPr>
        <w:t>Juliana ’31 JO15-1 – Bataven JO15-1</w:t>
      </w:r>
    </w:p>
    <w:p w14:paraId="78D85D61" w14:textId="77777777" w:rsidR="00F17BCC" w:rsidRPr="00F55393" w:rsidRDefault="00000000">
      <w:pPr>
        <w:jc w:val="center"/>
        <w:rPr>
          <w:lang w:val="nl-NL"/>
        </w:rPr>
      </w:pPr>
      <w:r w:rsidRPr="00F55393">
        <w:rPr>
          <w:i/>
          <w:lang w:val="nl-NL"/>
        </w:rPr>
        <w:t>Zaterdag 22 augustus 2026 – eerste oefenwedstrijd</w:t>
      </w:r>
    </w:p>
    <w:p w14:paraId="1F834448" w14:textId="77777777" w:rsidR="00F17BCC" w:rsidRPr="00F55393" w:rsidRDefault="00000000">
      <w:pPr>
        <w:spacing w:after="160"/>
        <w:rPr>
          <w:lang w:val="nl-NL"/>
        </w:rPr>
      </w:pPr>
      <w:r w:rsidRPr="00F55393">
        <w:rPr>
          <w:lang w:val="nl-NL"/>
        </w:rPr>
        <w:t>De eerste oefenwedstrijd van de JO15-1 in het seizoen 2026-2027 brengt De Bataven naar Malden, waar Juliana ’31 JO15-1 wacht. Een ploeg die een klasse hoger speelt, dus een mooie test voor de mannen van De Bataven.</w:t>
      </w:r>
    </w:p>
    <w:p w14:paraId="09DF4352" w14:textId="77777777" w:rsidR="00F17BCC" w:rsidRPr="00F55393" w:rsidRDefault="00000000">
      <w:pPr>
        <w:spacing w:after="160"/>
        <w:rPr>
          <w:lang w:val="nl-NL"/>
        </w:rPr>
      </w:pPr>
      <w:r w:rsidRPr="00F55393">
        <w:rPr>
          <w:lang w:val="nl-NL"/>
        </w:rPr>
        <w:t>De wedstrijd begint furieus. De Bataven schiet uit de startblokken en staat al snel met 0-2 voor. De openingstreffer komt uit een wat onorthodoxe corner. Juliana krijgt de bal niet goed weggewerkt en Jelle is er als de kippen bij: vanaf een meter of tien haalt hij hard en hoog uit. De bal verdwijnt overtuigend tegen de touwen. Even later is het Tijs die op rechts doorbreekt. Vanuit een lastige hoek houdt hij het hoofd koel en schuift hij de bal laag, tussen de benen van de keeper door: 0-2.</w:t>
      </w:r>
    </w:p>
    <w:p w14:paraId="55264700" w14:textId="77777777" w:rsidR="00F17BCC" w:rsidRPr="00F55393" w:rsidRDefault="00000000">
      <w:pPr>
        <w:spacing w:after="160"/>
        <w:rPr>
          <w:lang w:val="nl-NL"/>
        </w:rPr>
      </w:pPr>
      <w:r w:rsidRPr="00F55393">
        <w:rPr>
          <w:lang w:val="nl-NL"/>
        </w:rPr>
        <w:t>Juliana ’31 herpakt zich en wordt gaandeweg wat sterker. Toch blijven de kansen voor De Bataven komen. Na een scrimmage voor het doel krijgt de keeper het schot nog te pakken. Tijs probeert in de rebound de bal alsnog binnen te werken, maar via de paal belandt die bij Devin, die vervolgens net over schiet. Kort daarna onderschept Juliana een diepe bal van Sten. De Bataven blijft echter druk zetten. Tygo verricht een sterke verdedigende actie, stuurt Devin meteen diep en ziet hem met een schitterende actie vrij voor het doel komen. Op het laatste moment weet een verdediger de bal nog van zijn schoen te pikken.</w:t>
      </w:r>
    </w:p>
    <w:p w14:paraId="387EBD44" w14:textId="77777777" w:rsidR="00F17BCC" w:rsidRPr="00F55393" w:rsidRDefault="00000000">
      <w:pPr>
        <w:spacing w:after="160"/>
        <w:rPr>
          <w:lang w:val="nl-NL"/>
        </w:rPr>
      </w:pPr>
      <w:r w:rsidRPr="00F55393">
        <w:rPr>
          <w:lang w:val="nl-NL"/>
        </w:rPr>
        <w:t>Aan de andere kant moet ook Luuk aan de bak. Juliana komt goed door over links en de linksbuiten verschijnt alleen voor het doel. Zijn schot lijkt gevaarlijk, maar Luuk redt uitstekend. Even later volgt opnieuw een schot, laag gemikt en opnieuw van links. Luuk houdt zijn benen goed bij elkaar en voorkomt de aansluitingstreffer. Ook wanneer Juliana uitbreekt, staat de verdediging zijn mannetje: een gevaarlijk gat wordt door Tygo keurig dichtgelopen.</w:t>
      </w:r>
    </w:p>
    <w:p w14:paraId="712FB39D" w14:textId="77777777" w:rsidR="00F17BCC" w:rsidRPr="00F55393" w:rsidRDefault="00000000">
      <w:pPr>
        <w:spacing w:after="160"/>
        <w:rPr>
          <w:lang w:val="nl-NL"/>
        </w:rPr>
      </w:pPr>
      <w:r w:rsidRPr="00F55393">
        <w:rPr>
          <w:lang w:val="nl-NL"/>
        </w:rPr>
        <w:t>De Bataven blijft intussen zoeken naar een derde treffer. Daan krijgt een goede mogelijkheid, maar zijn schot wordt gepakt. Ook na een corner krijgt hij nog een kans met een hard schot, opnieuw weet de keeper redding te brengen. Een afstandsschot van Juliana levert geen probleem op voor Luuk. Daarna zet De Bataven een strakke aanval op. Tijs krijgt de bal voor zijn voeten en haalt hard uit, maar ook aan de overkant blijkt de keeper lastig te passeren.</w:t>
      </w:r>
    </w:p>
    <w:p w14:paraId="4E0A8D0A" w14:textId="77777777" w:rsidR="00F17BCC" w:rsidRPr="00F55393" w:rsidRDefault="00000000">
      <w:pPr>
        <w:spacing w:after="160"/>
        <w:rPr>
          <w:lang w:val="nl-NL"/>
        </w:rPr>
      </w:pPr>
      <w:r w:rsidRPr="00F55393">
        <w:rPr>
          <w:lang w:val="nl-NL"/>
        </w:rPr>
        <w:t>Dan valt vlak voor rust toch de 0-3. Daan stuurt Devin met een schitterende bal weg. Devin komt vrij voor de keeper en knalt de bal keihard binnen. De Bataven gaat met een comfortabele voorsprong de rust in.</w:t>
      </w:r>
    </w:p>
    <w:p w14:paraId="05D18DFB" w14:textId="77777777" w:rsidR="00F17BCC" w:rsidRPr="00F55393" w:rsidRDefault="00000000">
      <w:pPr>
        <w:spacing w:after="160"/>
        <w:rPr>
          <w:lang w:val="nl-NL"/>
        </w:rPr>
      </w:pPr>
      <w:r w:rsidRPr="00F55393">
        <w:rPr>
          <w:lang w:val="nl-NL"/>
        </w:rPr>
        <w:t>Na de pauze krijgt de wedstrijd meteen een onverwachte wending. Nog voordat de verslaggever goed en wel met zijn welverdiende koffie terug is, ligt de 1-3 al in het net. Juliana probeert door te drukken, maar De Bataven blijft gevaarlijk in de omschakeling. Devin komt goed door op rechts, maar zijn schot wordt in twee instanties gestopt.</w:t>
      </w:r>
    </w:p>
    <w:p w14:paraId="53408563" w14:textId="709C5A87" w:rsidR="00F17BCC" w:rsidRPr="00F55393" w:rsidRDefault="00000000">
      <w:pPr>
        <w:spacing w:after="160"/>
        <w:rPr>
          <w:lang w:val="nl-NL"/>
        </w:rPr>
      </w:pPr>
      <w:r w:rsidRPr="00F55393">
        <w:rPr>
          <w:lang w:val="nl-NL"/>
        </w:rPr>
        <w:lastRenderedPageBreak/>
        <w:t xml:space="preserve">Het weer maakt de omstandigheden ondertussen lastig. Heftige regenbuien zorgen ervoor dat de spelers doorweekt raken. Het hagelnieuwe kunstgras houdt zich goed, maar het veld wordt wel glad. Sana neemt het doel tijdelijk over van Luuk en laat meteen zien dat ook </w:t>
      </w:r>
      <w:r w:rsidR="00F55393" w:rsidRPr="00F55393">
        <w:rPr>
          <w:lang w:val="nl-NL"/>
        </w:rPr>
        <w:t>hij</w:t>
      </w:r>
      <w:r w:rsidRPr="00F55393">
        <w:rPr>
          <w:lang w:val="nl-NL"/>
        </w:rPr>
        <w:t xml:space="preserve"> </w:t>
      </w:r>
      <w:r w:rsidR="00F55393">
        <w:rPr>
          <w:lang w:val="nl-NL"/>
        </w:rPr>
        <w:t>zijn</w:t>
      </w:r>
      <w:r w:rsidRPr="00F55393">
        <w:rPr>
          <w:lang w:val="nl-NL"/>
        </w:rPr>
        <w:t xml:space="preserve"> mannetje staat met een uitstekende redding.</w:t>
      </w:r>
    </w:p>
    <w:p w14:paraId="6D4A116F" w14:textId="0A38DEB8" w:rsidR="00F17BCC" w:rsidRPr="00F55393" w:rsidRDefault="00000000">
      <w:pPr>
        <w:spacing w:after="160"/>
        <w:rPr>
          <w:lang w:val="nl-NL"/>
        </w:rPr>
      </w:pPr>
      <w:r w:rsidRPr="00F55393">
        <w:rPr>
          <w:lang w:val="nl-NL"/>
        </w:rPr>
        <w:t xml:space="preserve">Juliana zet steeds meer druk, maar De Bataven blijft scherp in de counter. Riley lijkt de 2-3 binnen te schieten, maar de grensrechter heeft zijn vlag omhoog. Het blijft dus 1-3. De Bataven blijft vervolgens geduldig zoeken naar ruimte. Luuk </w:t>
      </w:r>
      <w:r w:rsidR="00F55393">
        <w:rPr>
          <w:lang w:val="nl-NL"/>
        </w:rPr>
        <w:t xml:space="preserve">W. </w:t>
      </w:r>
      <w:r w:rsidRPr="00F55393">
        <w:rPr>
          <w:lang w:val="nl-NL"/>
        </w:rPr>
        <w:t xml:space="preserve">levert een scherpe diepe bal af en even later volgt een strak aangesneden voorzet. Uit de corner die daarop volgt krijgt Luuk </w:t>
      </w:r>
      <w:r w:rsidR="00F55393">
        <w:rPr>
          <w:lang w:val="nl-NL"/>
        </w:rPr>
        <w:t xml:space="preserve">W. </w:t>
      </w:r>
      <w:r w:rsidRPr="00F55393">
        <w:rPr>
          <w:lang w:val="nl-NL"/>
        </w:rPr>
        <w:t>de bal terug. Met links draait hij hem prachtig in de verre hoek: 1-4.</w:t>
      </w:r>
    </w:p>
    <w:p w14:paraId="4D8BD3CC" w14:textId="60598716" w:rsidR="00F17BCC" w:rsidRPr="00F55393" w:rsidRDefault="00000000">
      <w:pPr>
        <w:spacing w:after="160"/>
        <w:rPr>
          <w:lang w:val="nl-NL"/>
        </w:rPr>
      </w:pPr>
      <w:r w:rsidRPr="00F55393">
        <w:rPr>
          <w:lang w:val="nl-NL"/>
        </w:rPr>
        <w:t xml:space="preserve">En De Bataven is nog niet klaar. Een paar minuten later volgt een superstrakke steekbal van Luuk </w:t>
      </w:r>
      <w:r w:rsidR="00F55393">
        <w:rPr>
          <w:lang w:val="nl-NL"/>
        </w:rPr>
        <w:t>W.</w:t>
      </w:r>
      <w:r w:rsidRPr="00F55393">
        <w:rPr>
          <w:lang w:val="nl-NL"/>
        </w:rPr>
        <w:t>op Jelle. Die haalt hard en hoog uit en jaagt de bal langs de keeper: 1-5. Sana houdt daarna opnieuw uitstekend stand met een prima redding.</w:t>
      </w:r>
    </w:p>
    <w:p w14:paraId="08491859" w14:textId="51F8A3DA" w:rsidR="00F17BCC" w:rsidRPr="00F55393" w:rsidRDefault="00000000">
      <w:pPr>
        <w:spacing w:after="160"/>
        <w:rPr>
          <w:lang w:val="nl-NL"/>
        </w:rPr>
      </w:pPr>
      <w:r w:rsidRPr="00F55393">
        <w:rPr>
          <w:lang w:val="nl-NL"/>
        </w:rPr>
        <w:t xml:space="preserve">De zesde treffer is opnieuw een voorbeeld van goed samenspel. Jelle wordt </w:t>
      </w:r>
      <w:r w:rsidR="00F55393">
        <w:rPr>
          <w:lang w:val="nl-NL"/>
        </w:rPr>
        <w:t xml:space="preserve">weer door Luuk W. </w:t>
      </w:r>
      <w:r w:rsidRPr="00F55393">
        <w:rPr>
          <w:lang w:val="nl-NL"/>
        </w:rPr>
        <w:t>met een steekpass richting doel gestuurd, maar kiest niet voor eigen succes. Hij legt de bal breed naar rechts, waar Devin eenvoudig kan binnenschieten. Een mooie teamgoal en de stand staat inmiddels op 1-6.</w:t>
      </w:r>
    </w:p>
    <w:p w14:paraId="7737BCA2" w14:textId="77777777" w:rsidR="00F17BCC" w:rsidRPr="00F55393" w:rsidRDefault="00000000">
      <w:pPr>
        <w:spacing w:after="160"/>
        <w:rPr>
          <w:lang w:val="nl-NL"/>
        </w:rPr>
      </w:pPr>
      <w:r w:rsidRPr="00F55393">
        <w:rPr>
          <w:lang w:val="nl-NL"/>
        </w:rPr>
        <w:t>Achterin blijft De Bataven geconcentreerd spelen. Damian heeft zijn zaakjes prima voor elkaar en kiest voor de simpele oplossing: terug op de keeper en weer opnieuw opbouwen. Ook Ties houdt zijn man goed onder controle. Samen met Stef maakt hij de meeste aanvallen van Juliana onschadelijk.</w:t>
      </w:r>
    </w:p>
    <w:p w14:paraId="304C9CCC" w14:textId="77777777" w:rsidR="00F17BCC" w:rsidRPr="00F55393" w:rsidRDefault="00000000">
      <w:pPr>
        <w:spacing w:after="160"/>
        <w:rPr>
          <w:lang w:val="nl-NL"/>
        </w:rPr>
      </w:pPr>
      <w:r w:rsidRPr="00F55393">
        <w:rPr>
          <w:lang w:val="nl-NL"/>
        </w:rPr>
        <w:t>In de slotfase wordt er nog gewisseld. Jayben komt op het middenveld en samen met Jesse wordt meteen weer vol druk naar voren gezet. Juliana krijgt nog een corner, maar ook die levert niets meer op.</w:t>
      </w:r>
    </w:p>
    <w:p w14:paraId="06280106" w14:textId="77777777" w:rsidR="00F17BCC" w:rsidRPr="00F55393" w:rsidRDefault="00000000">
      <w:pPr>
        <w:spacing w:after="160"/>
        <w:rPr>
          <w:lang w:val="nl-NL"/>
        </w:rPr>
      </w:pPr>
      <w:r w:rsidRPr="00F55393">
        <w:rPr>
          <w:lang w:val="nl-NL"/>
        </w:rPr>
        <w:t>Dan klinkt het eindsignaal. De Bataven JO15-1 wint de eerste oefenwedstrijd van het seizoen met maar liefst 1-6, tegen een ploeg die een klasse hoger speelt. Een overtuigende start, met zes doelpunten, sterk verdedigend werk en een team dat ook onder druk bleef zoeken naar de voetballende oplossing.</w:t>
      </w:r>
    </w:p>
    <w:sectPr w:rsidR="00F17BCC" w:rsidRPr="00F5539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977821">
    <w:abstractNumId w:val="8"/>
  </w:num>
  <w:num w:numId="2" w16cid:durableId="470287070">
    <w:abstractNumId w:val="6"/>
  </w:num>
  <w:num w:numId="3" w16cid:durableId="394814709">
    <w:abstractNumId w:val="5"/>
  </w:num>
  <w:num w:numId="4" w16cid:durableId="1845633750">
    <w:abstractNumId w:val="4"/>
  </w:num>
  <w:num w:numId="5" w16cid:durableId="148446023">
    <w:abstractNumId w:val="7"/>
  </w:num>
  <w:num w:numId="6" w16cid:durableId="271934853">
    <w:abstractNumId w:val="3"/>
  </w:num>
  <w:num w:numId="7" w16cid:durableId="1177579266">
    <w:abstractNumId w:val="2"/>
  </w:num>
  <w:num w:numId="8" w16cid:durableId="743257639">
    <w:abstractNumId w:val="1"/>
  </w:num>
  <w:num w:numId="9" w16cid:durableId="100967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D26F9"/>
    <w:rsid w:val="00AA1D8D"/>
    <w:rsid w:val="00B47730"/>
    <w:rsid w:val="00C317AD"/>
    <w:rsid w:val="00CB0664"/>
    <w:rsid w:val="00F17BCC"/>
    <w:rsid w:val="00F553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A6FF95"/>
  <w14:defaultImageDpi w14:val="300"/>
  <w15:docId w15:val="{BD03820C-89E5-4A3A-B6AC-4F2E6B89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Willemsen, Timo</cp:lastModifiedBy>
  <cp:revision>3</cp:revision>
  <dcterms:created xsi:type="dcterms:W3CDTF">2013-12-23T23:15:00Z</dcterms:created>
  <dcterms:modified xsi:type="dcterms:W3CDTF">2026-08-26T08:17:00Z</dcterms:modified>
  <cp:category/>
</cp:coreProperties>
</file>